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C6962" w14:textId="00B8F901" w:rsidR="00A95467" w:rsidRDefault="00642A0B" w:rsidP="00E94664">
      <w:pPr>
        <w:spacing w:after="80"/>
        <w:jc w:val="center"/>
      </w:pPr>
      <w:r>
        <w:rPr>
          <w:b/>
          <w:color w:val="00843D"/>
          <w:sz w:val="40"/>
        </w:rPr>
        <w:t>4-</w:t>
      </w:r>
      <w:r w:rsidR="00D6496D">
        <w:rPr>
          <w:b/>
          <w:color w:val="00843D"/>
          <w:sz w:val="40"/>
        </w:rPr>
        <w:t>H Cloverbud</w:t>
      </w:r>
      <w:r>
        <w:rPr>
          <w:b/>
          <w:color w:val="00843D"/>
          <w:sz w:val="40"/>
        </w:rPr>
        <w:t xml:space="preserve"> Individual Photo Pa</w:t>
      </w:r>
      <w:r w:rsidR="00E94664">
        <w:rPr>
          <w:b/>
          <w:color w:val="00843D"/>
          <w:sz w:val="40"/>
        </w:rPr>
        <w:t>ge</w:t>
      </w:r>
    </w:p>
    <w:tbl>
      <w:tblPr>
        <w:tblW w:w="10522" w:type="dxa"/>
        <w:jc w:val="center"/>
        <w:tblLook w:val="04A0" w:firstRow="1" w:lastRow="0" w:firstColumn="1" w:lastColumn="0" w:noHBand="0" w:noVBand="1"/>
      </w:tblPr>
      <w:tblGrid>
        <w:gridCol w:w="10522"/>
      </w:tblGrid>
      <w:tr w:rsidR="00A95467" w14:paraId="0D652D8F" w14:textId="77777777" w:rsidTr="00E94664">
        <w:trPr>
          <w:trHeight w:val="10072"/>
          <w:jc w:val="center"/>
        </w:trPr>
        <w:tc>
          <w:tcPr>
            <w:tcW w:w="10522" w:type="dxa"/>
            <w:tcBorders>
              <w:top w:val="single" w:sz="8" w:space="0" w:color="000000"/>
              <w:left w:val="single" w:sz="8" w:space="0" w:color="000000"/>
              <w:bottom w:val="single" w:sz="8" w:space="0" w:color="000000"/>
              <w:right w:val="single" w:sz="8" w:space="0" w:color="000000"/>
            </w:tcBorders>
            <w:vAlign w:val="center"/>
          </w:tcPr>
          <w:p w14:paraId="33638EAC" w14:textId="77777777" w:rsidR="00A95467" w:rsidRDefault="00642A0B">
            <w:pPr>
              <w:jc w:val="center"/>
            </w:pPr>
            <w:r>
              <w:rPr>
                <w:b/>
                <w:sz w:val="40"/>
              </w:rPr>
              <w:t>Place a photo of</w:t>
            </w:r>
            <w:r>
              <w:rPr>
                <w:b/>
                <w:sz w:val="40"/>
              </w:rPr>
              <w:br/>
              <w:t>yourself here</w:t>
            </w:r>
          </w:p>
        </w:tc>
      </w:tr>
    </w:tbl>
    <w:p w14:paraId="7D918EF4" w14:textId="77777777" w:rsidR="00A95467" w:rsidRDefault="00642A0B">
      <w:pPr>
        <w:spacing w:before="180"/>
      </w:pPr>
      <w:r>
        <w:rPr>
          <w:b/>
          <w:sz w:val="26"/>
        </w:rPr>
        <w:t xml:space="preserve">Name: </w:t>
      </w:r>
      <w:r>
        <w:t>________________________________________________________</w:t>
      </w:r>
    </w:p>
    <w:p w14:paraId="542615D5" w14:textId="77777777" w:rsidR="00A95467" w:rsidRDefault="00642A0B">
      <w:pPr>
        <w:spacing w:before="180"/>
      </w:pPr>
      <w:r>
        <w:rPr>
          <w:b/>
          <w:sz w:val="26"/>
        </w:rPr>
        <w:t xml:space="preserve">Age: </w:t>
      </w:r>
      <w:r>
        <w:t>________________________________________________________</w:t>
      </w:r>
    </w:p>
    <w:p w14:paraId="54207B7F" w14:textId="77777777" w:rsidR="00A95467" w:rsidRDefault="00642A0B">
      <w:pPr>
        <w:spacing w:before="180"/>
      </w:pPr>
      <w:r>
        <w:rPr>
          <w:b/>
          <w:sz w:val="26"/>
        </w:rPr>
        <w:t xml:space="preserve">4-H Club: </w:t>
      </w:r>
      <w:r>
        <w:t>________________________________________________________</w:t>
      </w:r>
    </w:p>
    <w:p w14:paraId="00A19FCC" w14:textId="77777777" w:rsidR="00A95467" w:rsidRDefault="00642A0B">
      <w:r>
        <w:br w:type="page"/>
      </w:r>
    </w:p>
    <w:p w14:paraId="537BF45B" w14:textId="77777777" w:rsidR="00A95467" w:rsidRDefault="00642A0B">
      <w:pPr>
        <w:spacing w:after="80"/>
        <w:jc w:val="center"/>
      </w:pPr>
      <w:r>
        <w:rPr>
          <w:b/>
          <w:color w:val="00843D"/>
          <w:sz w:val="40"/>
        </w:rPr>
        <w:lastRenderedPageBreak/>
        <w:t>4-H  Cloverbud Record Book</w:t>
      </w:r>
    </w:p>
    <w:p w14:paraId="7C3465A1" w14:textId="77777777" w:rsidR="00A95467" w:rsidRDefault="00642A0B">
      <w:pPr>
        <w:jc w:val="center"/>
      </w:pPr>
      <w:r>
        <w:rPr>
          <w:b/>
          <w:sz w:val="44"/>
        </w:rPr>
        <w:t>Table of Contents</w:t>
      </w:r>
    </w:p>
    <w:p w14:paraId="012BCC00" w14:textId="77777777" w:rsidR="00A95467" w:rsidRDefault="00A95467"/>
    <w:p w14:paraId="083DCEE1" w14:textId="77777777" w:rsidR="00A95467" w:rsidRDefault="00642A0B">
      <w:pPr>
        <w:spacing w:after="240"/>
      </w:pPr>
      <w:r>
        <w:rPr>
          <w:sz w:val="28"/>
        </w:rPr>
        <w:t>•  Individual Photo Page</w:t>
      </w:r>
    </w:p>
    <w:p w14:paraId="46364E07" w14:textId="77777777" w:rsidR="00A95467" w:rsidRDefault="00642A0B">
      <w:pPr>
        <w:spacing w:after="240"/>
      </w:pPr>
      <w:r>
        <w:rPr>
          <w:sz w:val="28"/>
        </w:rPr>
        <w:t>•  Table of Contents</w:t>
      </w:r>
    </w:p>
    <w:p w14:paraId="2C5C420A" w14:textId="77777777" w:rsidR="00A95467" w:rsidRDefault="00642A0B">
      <w:pPr>
        <w:spacing w:after="240"/>
      </w:pPr>
      <w:r>
        <w:rPr>
          <w:sz w:val="28"/>
        </w:rPr>
        <w:t>•  Cloverbud Report Form</w:t>
      </w:r>
    </w:p>
    <w:p w14:paraId="6A5E538B" w14:textId="77777777" w:rsidR="00A95467" w:rsidRDefault="00642A0B">
      <w:pPr>
        <w:spacing w:after="240"/>
      </w:pPr>
      <w:r>
        <w:rPr>
          <w:sz w:val="28"/>
        </w:rPr>
        <w:t>•  Cloverbud Activities</w:t>
      </w:r>
    </w:p>
    <w:p w14:paraId="3FB7FA80" w14:textId="77777777" w:rsidR="00A95467" w:rsidRDefault="00642A0B">
      <w:pPr>
        <w:spacing w:after="240"/>
      </w:pPr>
      <w:r>
        <w:rPr>
          <w:sz w:val="28"/>
        </w:rPr>
        <w:t>•  Cloverbud Presentations and Leadership</w:t>
      </w:r>
    </w:p>
    <w:p w14:paraId="1011D5C6" w14:textId="77777777" w:rsidR="00A95467" w:rsidRDefault="00642A0B">
      <w:pPr>
        <w:spacing w:after="240"/>
      </w:pPr>
      <w:r>
        <w:rPr>
          <w:sz w:val="28"/>
        </w:rPr>
        <w:t>•  Cloverbud Recognitions</w:t>
      </w:r>
    </w:p>
    <w:p w14:paraId="1742B52B" w14:textId="77777777" w:rsidR="00A95467" w:rsidRDefault="00642A0B">
      <w:pPr>
        <w:spacing w:after="240"/>
      </w:pPr>
      <w:r>
        <w:rPr>
          <w:sz w:val="28"/>
        </w:rPr>
        <w:t>•  Cloverbud Community Service</w:t>
      </w:r>
    </w:p>
    <w:p w14:paraId="752CFAD9" w14:textId="77777777" w:rsidR="00A95467" w:rsidRDefault="00642A0B">
      <w:pPr>
        <w:spacing w:after="240"/>
      </w:pPr>
      <w:r>
        <w:rPr>
          <w:sz w:val="28"/>
        </w:rPr>
        <w:t>•  Signature Page</w:t>
      </w:r>
    </w:p>
    <w:p w14:paraId="59A05AEE" w14:textId="77777777" w:rsidR="00A95467" w:rsidRDefault="00642A0B">
      <w:pPr>
        <w:spacing w:after="240"/>
      </w:pPr>
      <w:r>
        <w:rPr>
          <w:sz w:val="28"/>
        </w:rPr>
        <w:t>•  My 4-H Story</w:t>
      </w:r>
    </w:p>
    <w:p w14:paraId="77CD3F4A" w14:textId="77777777" w:rsidR="00A95467" w:rsidRDefault="00642A0B">
      <w:pPr>
        <w:spacing w:after="240"/>
      </w:pPr>
      <w:r>
        <w:rPr>
          <w:sz w:val="28"/>
        </w:rPr>
        <w:t>•  My 4-H Photos</w:t>
      </w:r>
    </w:p>
    <w:p w14:paraId="1C7FAB5D" w14:textId="77777777" w:rsidR="00A95467" w:rsidRDefault="00642A0B">
      <w:r>
        <w:br w:type="page"/>
      </w:r>
    </w:p>
    <w:p w14:paraId="68DDCB2D" w14:textId="77777777" w:rsidR="00A95467" w:rsidRDefault="00A95467"/>
    <w:p w14:paraId="1FC866A0" w14:textId="77777777" w:rsidR="00A95467" w:rsidRDefault="00A95467"/>
    <w:p w14:paraId="6615C377" w14:textId="77777777" w:rsidR="00A95467" w:rsidRDefault="00A95467"/>
    <w:p w14:paraId="6BF8A709" w14:textId="77777777" w:rsidR="00A95467" w:rsidRDefault="00A95467"/>
    <w:p w14:paraId="60639724" w14:textId="77777777" w:rsidR="00E94664" w:rsidRDefault="00E94664">
      <w:pPr>
        <w:jc w:val="center"/>
        <w:rPr>
          <w:b/>
          <w:color w:val="00843D"/>
          <w:sz w:val="36"/>
        </w:rPr>
      </w:pPr>
    </w:p>
    <w:p w14:paraId="3D2CF94F" w14:textId="049B99B0" w:rsidR="00A95467" w:rsidRDefault="00642A0B">
      <w:pPr>
        <w:jc w:val="center"/>
      </w:pPr>
      <w:r>
        <w:rPr>
          <w:b/>
          <w:color w:val="00843D"/>
          <w:sz w:val="36"/>
        </w:rPr>
        <w:t>LEA COUNTY 4-H</w:t>
      </w:r>
    </w:p>
    <w:p w14:paraId="01651B0D" w14:textId="77777777" w:rsidR="00A95467" w:rsidRDefault="00642A0B">
      <w:pPr>
        <w:jc w:val="center"/>
      </w:pPr>
      <w:r>
        <w:rPr>
          <w:b/>
          <w:color w:val="00843D"/>
          <w:sz w:val="64"/>
        </w:rPr>
        <w:t>Cloverbud</w:t>
      </w:r>
      <w:r>
        <w:rPr>
          <w:b/>
          <w:color w:val="00843D"/>
          <w:sz w:val="64"/>
        </w:rPr>
        <w:br/>
        <w:t>Record Book</w:t>
      </w:r>
    </w:p>
    <w:p w14:paraId="1ECB82EA" w14:textId="77777777" w:rsidR="00A95467" w:rsidRDefault="00642A0B">
      <w:pPr>
        <w:jc w:val="center"/>
      </w:pPr>
      <w:r>
        <w:rPr>
          <w:b/>
          <w:sz w:val="32"/>
        </w:rPr>
        <w:t>2025–2026 4-H Year</w:t>
      </w:r>
    </w:p>
    <w:p w14:paraId="0069FF8A" w14:textId="77777777" w:rsidR="00A95467" w:rsidRDefault="00A95467"/>
    <w:p w14:paraId="3E05EEDA" w14:textId="77777777" w:rsidR="00A95467" w:rsidRDefault="00642A0B">
      <w:r>
        <w:br w:type="page"/>
      </w:r>
    </w:p>
    <w:p w14:paraId="62FB0B32" w14:textId="40BC4D28" w:rsidR="00A95467" w:rsidRDefault="00642A0B" w:rsidP="00E94664">
      <w:pPr>
        <w:spacing w:after="80"/>
        <w:jc w:val="center"/>
      </w:pPr>
      <w:r>
        <w:rPr>
          <w:b/>
          <w:color w:val="00843D"/>
          <w:sz w:val="40"/>
        </w:rPr>
        <w:lastRenderedPageBreak/>
        <w:t>4-</w:t>
      </w:r>
      <w:r w:rsidR="00D6496D">
        <w:rPr>
          <w:b/>
          <w:color w:val="00843D"/>
          <w:sz w:val="40"/>
        </w:rPr>
        <w:t>H Cloverbud</w:t>
      </w:r>
      <w:r>
        <w:rPr>
          <w:b/>
          <w:color w:val="00843D"/>
          <w:sz w:val="40"/>
        </w:rPr>
        <w:t xml:space="preserve"> Report For</w:t>
      </w:r>
      <w:r w:rsidR="00E94664">
        <w:rPr>
          <w:b/>
          <w:color w:val="00843D"/>
          <w:sz w:val="40"/>
        </w:rPr>
        <w:t>m</w:t>
      </w:r>
    </w:p>
    <w:p w14:paraId="53E9737A" w14:textId="77777777" w:rsidR="00A95467" w:rsidRDefault="00642A0B">
      <w:r>
        <w:t>This record book helps you share your 4-H experiences from the past year. Use drawings, photos, lists, and short stories to show what you did and what you learned. You may complete it by hand or type your responses. A parent, guardian, or leader may help in ways that are appropriate for your age. If a section does not apply to you, write “None” and continue to the next section.</w:t>
      </w:r>
    </w:p>
    <w:tbl>
      <w:tblPr>
        <w:tblW w:w="0" w:type="auto"/>
        <w:jc w:val="center"/>
        <w:tblLook w:val="04A0" w:firstRow="1" w:lastRow="0" w:firstColumn="1" w:lastColumn="0" w:noHBand="0" w:noVBand="1"/>
      </w:tblPr>
      <w:tblGrid>
        <w:gridCol w:w="5112"/>
        <w:gridCol w:w="5112"/>
      </w:tblGrid>
      <w:tr w:rsidR="00A95467" w14:paraId="6CCEC3AB" w14:textId="77777777">
        <w:trPr>
          <w:jc w:val="center"/>
        </w:trPr>
        <w:tc>
          <w:tcPr>
            <w:tcW w:w="5112" w:type="dxa"/>
            <w:tcBorders>
              <w:top w:val="single" w:sz="8" w:space="0" w:color="000000"/>
              <w:left w:val="single" w:sz="8" w:space="0" w:color="000000"/>
              <w:bottom w:val="single" w:sz="8" w:space="0" w:color="000000"/>
              <w:right w:val="single" w:sz="8" w:space="0" w:color="000000"/>
            </w:tcBorders>
          </w:tcPr>
          <w:p w14:paraId="3DFFE1E4" w14:textId="77777777" w:rsidR="00A95467" w:rsidRDefault="00642A0B">
            <w:r>
              <w:t>Name: ___________________________________</w:t>
            </w:r>
          </w:p>
        </w:tc>
        <w:tc>
          <w:tcPr>
            <w:tcW w:w="5112" w:type="dxa"/>
            <w:tcBorders>
              <w:top w:val="single" w:sz="8" w:space="0" w:color="000000"/>
              <w:left w:val="single" w:sz="8" w:space="0" w:color="000000"/>
              <w:bottom w:val="single" w:sz="8" w:space="0" w:color="000000"/>
              <w:right w:val="single" w:sz="8" w:space="0" w:color="000000"/>
            </w:tcBorders>
          </w:tcPr>
          <w:p w14:paraId="1C89C81D" w14:textId="77777777" w:rsidR="00A95467" w:rsidRDefault="00642A0B">
            <w:r>
              <w:t>4-H Year: 2025–2026</w:t>
            </w:r>
          </w:p>
        </w:tc>
      </w:tr>
      <w:tr w:rsidR="00A95467" w14:paraId="26A271E9" w14:textId="77777777">
        <w:trPr>
          <w:jc w:val="center"/>
        </w:trPr>
        <w:tc>
          <w:tcPr>
            <w:tcW w:w="5112" w:type="dxa"/>
            <w:tcBorders>
              <w:top w:val="single" w:sz="8" w:space="0" w:color="000000"/>
              <w:left w:val="single" w:sz="8" w:space="0" w:color="000000"/>
              <w:bottom w:val="single" w:sz="8" w:space="0" w:color="000000"/>
              <w:right w:val="single" w:sz="8" w:space="0" w:color="000000"/>
            </w:tcBorders>
          </w:tcPr>
          <w:p w14:paraId="53356DBB" w14:textId="77777777" w:rsidR="00A95467" w:rsidRDefault="00642A0B">
            <w:r>
              <w:t>Age: ________   Grade: ________</w:t>
            </w:r>
          </w:p>
        </w:tc>
        <w:tc>
          <w:tcPr>
            <w:tcW w:w="5112" w:type="dxa"/>
            <w:tcBorders>
              <w:top w:val="single" w:sz="8" w:space="0" w:color="000000"/>
              <w:left w:val="single" w:sz="8" w:space="0" w:color="000000"/>
              <w:bottom w:val="single" w:sz="8" w:space="0" w:color="000000"/>
              <w:right w:val="single" w:sz="8" w:space="0" w:color="000000"/>
            </w:tcBorders>
          </w:tcPr>
          <w:p w14:paraId="43BF8D74" w14:textId="77777777" w:rsidR="00A95467" w:rsidRDefault="00642A0B">
            <w:r>
              <w:t>Date of Birth: __________________________</w:t>
            </w:r>
          </w:p>
        </w:tc>
      </w:tr>
      <w:tr w:rsidR="00A95467" w14:paraId="2A65C431" w14:textId="77777777">
        <w:trPr>
          <w:jc w:val="center"/>
        </w:trPr>
        <w:tc>
          <w:tcPr>
            <w:tcW w:w="5112" w:type="dxa"/>
            <w:tcBorders>
              <w:top w:val="single" w:sz="8" w:space="0" w:color="000000"/>
              <w:left w:val="single" w:sz="8" w:space="0" w:color="000000"/>
              <w:bottom w:val="single" w:sz="8" w:space="0" w:color="000000"/>
              <w:right w:val="single" w:sz="8" w:space="0" w:color="000000"/>
            </w:tcBorders>
          </w:tcPr>
          <w:p w14:paraId="40F8B828" w14:textId="77777777" w:rsidR="00A95467" w:rsidRDefault="00642A0B">
            <w:r>
              <w:t>Number of years in 4-H: _______________</w:t>
            </w:r>
          </w:p>
        </w:tc>
        <w:tc>
          <w:tcPr>
            <w:tcW w:w="5112" w:type="dxa"/>
            <w:tcBorders>
              <w:top w:val="single" w:sz="8" w:space="0" w:color="000000"/>
              <w:left w:val="single" w:sz="8" w:space="0" w:color="000000"/>
              <w:bottom w:val="single" w:sz="8" w:space="0" w:color="000000"/>
              <w:right w:val="single" w:sz="8" w:space="0" w:color="000000"/>
            </w:tcBorders>
          </w:tcPr>
          <w:p w14:paraId="20BDBF6F" w14:textId="77777777" w:rsidR="00A95467" w:rsidRDefault="00642A0B">
            <w:r>
              <w:t>4-H Club: ______________________________</w:t>
            </w:r>
          </w:p>
        </w:tc>
      </w:tr>
      <w:tr w:rsidR="00A95467" w14:paraId="04D09E6E" w14:textId="77777777">
        <w:trPr>
          <w:jc w:val="center"/>
        </w:trPr>
        <w:tc>
          <w:tcPr>
            <w:tcW w:w="5112" w:type="dxa"/>
            <w:tcBorders>
              <w:top w:val="single" w:sz="8" w:space="0" w:color="000000"/>
              <w:left w:val="single" w:sz="8" w:space="0" w:color="000000"/>
              <w:bottom w:val="single" w:sz="8" w:space="0" w:color="000000"/>
              <w:right w:val="single" w:sz="8" w:space="0" w:color="000000"/>
            </w:tcBorders>
          </w:tcPr>
          <w:p w14:paraId="1D244E7D" w14:textId="77777777" w:rsidR="00A95467" w:rsidRDefault="00642A0B">
            <w:r>
              <w:t>Club meetings held: ____________________</w:t>
            </w:r>
          </w:p>
        </w:tc>
        <w:tc>
          <w:tcPr>
            <w:tcW w:w="5112" w:type="dxa"/>
            <w:tcBorders>
              <w:top w:val="single" w:sz="8" w:space="0" w:color="000000"/>
              <w:left w:val="single" w:sz="8" w:space="0" w:color="000000"/>
              <w:bottom w:val="single" w:sz="8" w:space="0" w:color="000000"/>
              <w:right w:val="single" w:sz="8" w:space="0" w:color="000000"/>
            </w:tcBorders>
          </w:tcPr>
          <w:p w14:paraId="14E3DE37" w14:textId="77777777" w:rsidR="00A95467" w:rsidRDefault="00642A0B">
            <w:r>
              <w:t>Club meetings attended: _________________</w:t>
            </w:r>
          </w:p>
        </w:tc>
      </w:tr>
    </w:tbl>
    <w:p w14:paraId="525A8926" w14:textId="77777777" w:rsidR="00A95467" w:rsidRDefault="00A95467"/>
    <w:p w14:paraId="764C5091" w14:textId="77777777" w:rsidR="00A95467" w:rsidRDefault="00642A0B">
      <w:pPr>
        <w:jc w:val="center"/>
      </w:pPr>
      <w:r>
        <w:rPr>
          <w:b/>
          <w:sz w:val="30"/>
        </w:rPr>
        <w:t>Cloverbud Projects</w:t>
      </w:r>
    </w:p>
    <w:p w14:paraId="68BBBBBE" w14:textId="77777777" w:rsidR="00A95467" w:rsidRDefault="00642A0B">
      <w:r>
        <w:t>List the Cloverbud projects you explored this year. Include every year you have participated in each project, even if you are repeating it.</w:t>
      </w:r>
    </w:p>
    <w:tbl>
      <w:tblPr>
        <w:tblW w:w="10474" w:type="dxa"/>
        <w:jc w:val="center"/>
        <w:tblLook w:val="04A0" w:firstRow="1" w:lastRow="0" w:firstColumn="1" w:lastColumn="0" w:noHBand="0" w:noVBand="1"/>
      </w:tblPr>
      <w:tblGrid>
        <w:gridCol w:w="5237"/>
        <w:gridCol w:w="5237"/>
      </w:tblGrid>
      <w:tr w:rsidR="00A95467" w14:paraId="2FDA1AEE" w14:textId="77777777" w:rsidTr="00E94664">
        <w:trPr>
          <w:trHeight w:val="640"/>
          <w:jc w:val="center"/>
        </w:trPr>
        <w:tc>
          <w:tcPr>
            <w:tcW w:w="5237" w:type="dxa"/>
            <w:tcBorders>
              <w:top w:val="single" w:sz="8" w:space="0" w:color="000000"/>
              <w:left w:val="single" w:sz="8" w:space="0" w:color="000000"/>
              <w:bottom w:val="single" w:sz="8" w:space="0" w:color="000000"/>
              <w:right w:val="single" w:sz="8" w:space="0" w:color="000000"/>
            </w:tcBorders>
            <w:shd w:val="clear" w:color="auto" w:fill="D9EAD3"/>
          </w:tcPr>
          <w:p w14:paraId="051E459D" w14:textId="77777777" w:rsidR="00A95467" w:rsidRDefault="00642A0B">
            <w:r>
              <w:rPr>
                <w:b/>
              </w:rPr>
              <w:t>Project Name</w:t>
            </w:r>
          </w:p>
        </w:tc>
        <w:tc>
          <w:tcPr>
            <w:tcW w:w="5237" w:type="dxa"/>
            <w:tcBorders>
              <w:top w:val="single" w:sz="8" w:space="0" w:color="000000"/>
              <w:left w:val="single" w:sz="8" w:space="0" w:color="000000"/>
              <w:bottom w:val="single" w:sz="8" w:space="0" w:color="000000"/>
              <w:right w:val="single" w:sz="8" w:space="0" w:color="000000"/>
            </w:tcBorders>
            <w:shd w:val="clear" w:color="auto" w:fill="D9EAD3"/>
          </w:tcPr>
          <w:p w14:paraId="7561467D" w14:textId="77777777" w:rsidR="00A95467" w:rsidRDefault="00642A0B">
            <w:r>
              <w:rPr>
                <w:b/>
              </w:rPr>
              <w:t>Years in Project</w:t>
            </w:r>
          </w:p>
        </w:tc>
      </w:tr>
      <w:tr w:rsidR="00A95467" w14:paraId="4632B5D1" w14:textId="77777777" w:rsidTr="00E94664">
        <w:trPr>
          <w:trHeight w:val="657"/>
          <w:jc w:val="center"/>
        </w:trPr>
        <w:tc>
          <w:tcPr>
            <w:tcW w:w="5237" w:type="dxa"/>
            <w:tcBorders>
              <w:top w:val="single" w:sz="8" w:space="0" w:color="000000"/>
              <w:left w:val="single" w:sz="8" w:space="0" w:color="000000"/>
              <w:bottom w:val="single" w:sz="8" w:space="0" w:color="000000"/>
              <w:right w:val="single" w:sz="8" w:space="0" w:color="000000"/>
            </w:tcBorders>
          </w:tcPr>
          <w:p w14:paraId="5D47D721" w14:textId="77777777" w:rsidR="00A95467" w:rsidRDefault="00A95467"/>
        </w:tc>
        <w:tc>
          <w:tcPr>
            <w:tcW w:w="5237" w:type="dxa"/>
            <w:tcBorders>
              <w:top w:val="single" w:sz="8" w:space="0" w:color="000000"/>
              <w:left w:val="single" w:sz="8" w:space="0" w:color="000000"/>
              <w:bottom w:val="single" w:sz="8" w:space="0" w:color="000000"/>
              <w:right w:val="single" w:sz="8" w:space="0" w:color="000000"/>
            </w:tcBorders>
          </w:tcPr>
          <w:p w14:paraId="2814EF72" w14:textId="77777777" w:rsidR="00A95467" w:rsidRDefault="00A95467"/>
        </w:tc>
      </w:tr>
      <w:tr w:rsidR="00A95467" w14:paraId="6104CD35" w14:textId="77777777" w:rsidTr="00E94664">
        <w:trPr>
          <w:trHeight w:val="640"/>
          <w:jc w:val="center"/>
        </w:trPr>
        <w:tc>
          <w:tcPr>
            <w:tcW w:w="5237" w:type="dxa"/>
            <w:tcBorders>
              <w:top w:val="single" w:sz="8" w:space="0" w:color="000000"/>
              <w:left w:val="single" w:sz="8" w:space="0" w:color="000000"/>
              <w:bottom w:val="single" w:sz="8" w:space="0" w:color="000000"/>
              <w:right w:val="single" w:sz="8" w:space="0" w:color="000000"/>
            </w:tcBorders>
          </w:tcPr>
          <w:p w14:paraId="2275DEC1" w14:textId="77777777" w:rsidR="00A95467" w:rsidRDefault="00A95467"/>
        </w:tc>
        <w:tc>
          <w:tcPr>
            <w:tcW w:w="5237" w:type="dxa"/>
            <w:tcBorders>
              <w:top w:val="single" w:sz="8" w:space="0" w:color="000000"/>
              <w:left w:val="single" w:sz="8" w:space="0" w:color="000000"/>
              <w:bottom w:val="single" w:sz="8" w:space="0" w:color="000000"/>
              <w:right w:val="single" w:sz="8" w:space="0" w:color="000000"/>
            </w:tcBorders>
          </w:tcPr>
          <w:p w14:paraId="1EEF6510" w14:textId="77777777" w:rsidR="00A95467" w:rsidRDefault="00A95467"/>
        </w:tc>
      </w:tr>
      <w:tr w:rsidR="00A95467" w14:paraId="2CED36F4" w14:textId="77777777" w:rsidTr="00E94664">
        <w:trPr>
          <w:trHeight w:val="640"/>
          <w:jc w:val="center"/>
        </w:trPr>
        <w:tc>
          <w:tcPr>
            <w:tcW w:w="5237" w:type="dxa"/>
            <w:tcBorders>
              <w:top w:val="single" w:sz="8" w:space="0" w:color="000000"/>
              <w:left w:val="single" w:sz="8" w:space="0" w:color="000000"/>
              <w:bottom w:val="single" w:sz="8" w:space="0" w:color="000000"/>
              <w:right w:val="single" w:sz="8" w:space="0" w:color="000000"/>
            </w:tcBorders>
          </w:tcPr>
          <w:p w14:paraId="10416584" w14:textId="77777777" w:rsidR="00A95467" w:rsidRDefault="00A95467"/>
        </w:tc>
        <w:tc>
          <w:tcPr>
            <w:tcW w:w="5237" w:type="dxa"/>
            <w:tcBorders>
              <w:top w:val="single" w:sz="8" w:space="0" w:color="000000"/>
              <w:left w:val="single" w:sz="8" w:space="0" w:color="000000"/>
              <w:bottom w:val="single" w:sz="8" w:space="0" w:color="000000"/>
              <w:right w:val="single" w:sz="8" w:space="0" w:color="000000"/>
            </w:tcBorders>
          </w:tcPr>
          <w:p w14:paraId="37E024B6" w14:textId="77777777" w:rsidR="00A95467" w:rsidRDefault="00A95467"/>
        </w:tc>
      </w:tr>
      <w:tr w:rsidR="00A95467" w14:paraId="5A422F7F" w14:textId="77777777" w:rsidTr="00E94664">
        <w:trPr>
          <w:trHeight w:val="657"/>
          <w:jc w:val="center"/>
        </w:trPr>
        <w:tc>
          <w:tcPr>
            <w:tcW w:w="5237" w:type="dxa"/>
            <w:tcBorders>
              <w:top w:val="single" w:sz="8" w:space="0" w:color="000000"/>
              <w:left w:val="single" w:sz="8" w:space="0" w:color="000000"/>
              <w:bottom w:val="single" w:sz="8" w:space="0" w:color="000000"/>
              <w:right w:val="single" w:sz="8" w:space="0" w:color="000000"/>
            </w:tcBorders>
          </w:tcPr>
          <w:p w14:paraId="23620A81" w14:textId="77777777" w:rsidR="00A95467" w:rsidRDefault="00A95467"/>
        </w:tc>
        <w:tc>
          <w:tcPr>
            <w:tcW w:w="5237" w:type="dxa"/>
            <w:tcBorders>
              <w:top w:val="single" w:sz="8" w:space="0" w:color="000000"/>
              <w:left w:val="single" w:sz="8" w:space="0" w:color="000000"/>
              <w:bottom w:val="single" w:sz="8" w:space="0" w:color="000000"/>
              <w:right w:val="single" w:sz="8" w:space="0" w:color="000000"/>
            </w:tcBorders>
          </w:tcPr>
          <w:p w14:paraId="0339C4DE" w14:textId="77777777" w:rsidR="00A95467" w:rsidRDefault="00A95467"/>
        </w:tc>
      </w:tr>
      <w:tr w:rsidR="00A95467" w14:paraId="422DA9A6" w14:textId="77777777" w:rsidTr="00E94664">
        <w:trPr>
          <w:trHeight w:val="640"/>
          <w:jc w:val="center"/>
        </w:trPr>
        <w:tc>
          <w:tcPr>
            <w:tcW w:w="5237" w:type="dxa"/>
            <w:tcBorders>
              <w:top w:val="single" w:sz="8" w:space="0" w:color="000000"/>
              <w:left w:val="single" w:sz="8" w:space="0" w:color="000000"/>
              <w:bottom w:val="single" w:sz="8" w:space="0" w:color="000000"/>
              <w:right w:val="single" w:sz="8" w:space="0" w:color="000000"/>
            </w:tcBorders>
          </w:tcPr>
          <w:p w14:paraId="3824F37B" w14:textId="77777777" w:rsidR="00A95467" w:rsidRDefault="00A95467"/>
        </w:tc>
        <w:tc>
          <w:tcPr>
            <w:tcW w:w="5237" w:type="dxa"/>
            <w:tcBorders>
              <w:top w:val="single" w:sz="8" w:space="0" w:color="000000"/>
              <w:left w:val="single" w:sz="8" w:space="0" w:color="000000"/>
              <w:bottom w:val="single" w:sz="8" w:space="0" w:color="000000"/>
              <w:right w:val="single" w:sz="8" w:space="0" w:color="000000"/>
            </w:tcBorders>
          </w:tcPr>
          <w:p w14:paraId="7C9D8614" w14:textId="77777777" w:rsidR="00A95467" w:rsidRDefault="00A95467"/>
        </w:tc>
      </w:tr>
      <w:tr w:rsidR="00A95467" w14:paraId="424B64C1" w14:textId="77777777" w:rsidTr="00E94664">
        <w:trPr>
          <w:trHeight w:val="657"/>
          <w:jc w:val="center"/>
        </w:trPr>
        <w:tc>
          <w:tcPr>
            <w:tcW w:w="5237" w:type="dxa"/>
            <w:tcBorders>
              <w:top w:val="single" w:sz="8" w:space="0" w:color="000000"/>
              <w:left w:val="single" w:sz="8" w:space="0" w:color="000000"/>
              <w:bottom w:val="single" w:sz="8" w:space="0" w:color="000000"/>
              <w:right w:val="single" w:sz="8" w:space="0" w:color="000000"/>
            </w:tcBorders>
          </w:tcPr>
          <w:p w14:paraId="6CD20CDC" w14:textId="77777777" w:rsidR="00A95467" w:rsidRDefault="00A95467"/>
        </w:tc>
        <w:tc>
          <w:tcPr>
            <w:tcW w:w="5237" w:type="dxa"/>
            <w:tcBorders>
              <w:top w:val="single" w:sz="8" w:space="0" w:color="000000"/>
              <w:left w:val="single" w:sz="8" w:space="0" w:color="000000"/>
              <w:bottom w:val="single" w:sz="8" w:space="0" w:color="000000"/>
              <w:right w:val="single" w:sz="8" w:space="0" w:color="000000"/>
            </w:tcBorders>
          </w:tcPr>
          <w:p w14:paraId="51443FAB" w14:textId="77777777" w:rsidR="00A95467" w:rsidRDefault="00A95467"/>
        </w:tc>
      </w:tr>
      <w:tr w:rsidR="00A95467" w14:paraId="0008D17F" w14:textId="77777777" w:rsidTr="00E94664">
        <w:trPr>
          <w:trHeight w:val="640"/>
          <w:jc w:val="center"/>
        </w:trPr>
        <w:tc>
          <w:tcPr>
            <w:tcW w:w="5237" w:type="dxa"/>
            <w:tcBorders>
              <w:top w:val="single" w:sz="8" w:space="0" w:color="000000"/>
              <w:left w:val="single" w:sz="8" w:space="0" w:color="000000"/>
              <w:bottom w:val="single" w:sz="8" w:space="0" w:color="000000"/>
              <w:right w:val="single" w:sz="8" w:space="0" w:color="000000"/>
            </w:tcBorders>
          </w:tcPr>
          <w:p w14:paraId="61650D96" w14:textId="77777777" w:rsidR="00A95467" w:rsidRDefault="00A95467"/>
        </w:tc>
        <w:tc>
          <w:tcPr>
            <w:tcW w:w="5237" w:type="dxa"/>
            <w:tcBorders>
              <w:top w:val="single" w:sz="8" w:space="0" w:color="000000"/>
              <w:left w:val="single" w:sz="8" w:space="0" w:color="000000"/>
              <w:bottom w:val="single" w:sz="8" w:space="0" w:color="000000"/>
              <w:right w:val="single" w:sz="8" w:space="0" w:color="000000"/>
            </w:tcBorders>
          </w:tcPr>
          <w:p w14:paraId="7CC72CA6" w14:textId="77777777" w:rsidR="00A95467" w:rsidRDefault="00A95467"/>
        </w:tc>
      </w:tr>
    </w:tbl>
    <w:p w14:paraId="2424DB05" w14:textId="77777777" w:rsidR="00A95467" w:rsidRDefault="00642A0B">
      <w:r>
        <w:br w:type="page"/>
      </w:r>
    </w:p>
    <w:p w14:paraId="6D3DDFCA" w14:textId="54443A1F" w:rsidR="00A95467" w:rsidRDefault="00642A0B" w:rsidP="00E94664">
      <w:pPr>
        <w:spacing w:after="80"/>
        <w:jc w:val="center"/>
      </w:pPr>
      <w:r>
        <w:rPr>
          <w:b/>
          <w:color w:val="00843D"/>
          <w:sz w:val="40"/>
        </w:rPr>
        <w:lastRenderedPageBreak/>
        <w:t>4-</w:t>
      </w:r>
      <w:r w:rsidR="00E94664">
        <w:rPr>
          <w:b/>
          <w:color w:val="00843D"/>
          <w:sz w:val="40"/>
        </w:rPr>
        <w:t>H Cloverbud</w:t>
      </w:r>
      <w:r>
        <w:rPr>
          <w:b/>
          <w:color w:val="00843D"/>
          <w:sz w:val="40"/>
        </w:rPr>
        <w:t xml:space="preserve"> Activities</w:t>
      </w:r>
    </w:p>
    <w:p w14:paraId="79BF41FD" w14:textId="77777777" w:rsidR="00A95467" w:rsidRDefault="00642A0B">
      <w:r>
        <w:t>Tell us about activities you enjoyed in 4-H this year. You may draw pictures, add photos, make a list, or write a short story. Remember to label each picture or photo.</w:t>
      </w:r>
    </w:p>
    <w:p w14:paraId="52D54CCB" w14:textId="77777777" w:rsidR="00A95467" w:rsidRDefault="00642A0B">
      <w:r>
        <w:br w:type="page"/>
      </w:r>
    </w:p>
    <w:p w14:paraId="1FCA4558" w14:textId="5A4A05DB" w:rsidR="00A95467" w:rsidRDefault="00642A0B" w:rsidP="00E94664">
      <w:pPr>
        <w:spacing w:after="80"/>
        <w:jc w:val="center"/>
      </w:pPr>
      <w:r>
        <w:rPr>
          <w:b/>
          <w:color w:val="00843D"/>
          <w:sz w:val="40"/>
        </w:rPr>
        <w:lastRenderedPageBreak/>
        <w:t>4-</w:t>
      </w:r>
      <w:r w:rsidR="00E94664">
        <w:rPr>
          <w:b/>
          <w:color w:val="00843D"/>
          <w:sz w:val="40"/>
        </w:rPr>
        <w:t>H Cloverbud</w:t>
      </w:r>
      <w:r>
        <w:rPr>
          <w:b/>
          <w:color w:val="00843D"/>
          <w:sz w:val="40"/>
        </w:rPr>
        <w:t xml:space="preserve"> Presentations and Leadership</w:t>
      </w:r>
    </w:p>
    <w:p w14:paraId="2DD2FD5D" w14:textId="77777777" w:rsidR="00A95467" w:rsidRDefault="00642A0B">
      <w:r>
        <w:t>Tell us how you shared what you learned or helped others. For example, you may have given a presentation, taught someone about a project, led a pledge, helped at a meeting, or welcomed a new member. You may draw, add photos, make a list, or write a short story.</w:t>
      </w:r>
    </w:p>
    <w:p w14:paraId="3FA43FBE" w14:textId="77777777" w:rsidR="00A95467" w:rsidRDefault="00642A0B">
      <w:r>
        <w:br w:type="page"/>
      </w:r>
    </w:p>
    <w:p w14:paraId="78B96EC8" w14:textId="7A0C2670" w:rsidR="00E94664" w:rsidRDefault="00642A0B" w:rsidP="00E94664">
      <w:pPr>
        <w:spacing w:after="80"/>
        <w:jc w:val="center"/>
      </w:pPr>
      <w:r>
        <w:rPr>
          <w:b/>
          <w:color w:val="00843D"/>
          <w:sz w:val="40"/>
        </w:rPr>
        <w:lastRenderedPageBreak/>
        <w:t>4-</w:t>
      </w:r>
      <w:r w:rsidR="00E94664">
        <w:rPr>
          <w:b/>
          <w:color w:val="00843D"/>
          <w:sz w:val="40"/>
        </w:rPr>
        <w:t>H Cloverbud</w:t>
      </w:r>
      <w:r>
        <w:rPr>
          <w:b/>
          <w:color w:val="00843D"/>
          <w:sz w:val="40"/>
        </w:rPr>
        <w:t xml:space="preserve"> Recognitions</w:t>
      </w:r>
    </w:p>
    <w:p w14:paraId="04DDA7F6" w14:textId="53121B98" w:rsidR="00A95467" w:rsidRDefault="00642A0B" w:rsidP="00E94664">
      <w:pPr>
        <w:spacing w:after="80"/>
        <w:jc w:val="center"/>
      </w:pPr>
      <w:r>
        <w:t>Tell us about ribbons, certificates, awards, or other recognition you received this year. You may draw pictures, add photos, make a list, or write a short story. Label your pictures or photos.</w:t>
      </w:r>
    </w:p>
    <w:p w14:paraId="03CD373C" w14:textId="77777777" w:rsidR="00E94664" w:rsidRDefault="00E94664">
      <w:pPr>
        <w:spacing w:after="80"/>
        <w:jc w:val="center"/>
      </w:pPr>
    </w:p>
    <w:p w14:paraId="3180E506" w14:textId="77777777" w:rsidR="00E94664" w:rsidRDefault="00E94664">
      <w:pPr>
        <w:spacing w:after="80"/>
        <w:jc w:val="center"/>
      </w:pPr>
    </w:p>
    <w:p w14:paraId="572AEB70" w14:textId="77777777" w:rsidR="00E94664" w:rsidRDefault="00E94664" w:rsidP="00E94664">
      <w:pPr>
        <w:spacing w:after="80"/>
      </w:pPr>
    </w:p>
    <w:p w14:paraId="0609B08F" w14:textId="77777777" w:rsidR="00E94664" w:rsidRDefault="00E94664" w:rsidP="00E94664">
      <w:pPr>
        <w:spacing w:after="80"/>
      </w:pPr>
    </w:p>
    <w:p w14:paraId="3CD48A2F" w14:textId="77777777" w:rsidR="00E94664" w:rsidRDefault="00E94664" w:rsidP="00E94664">
      <w:pPr>
        <w:spacing w:after="80"/>
      </w:pPr>
    </w:p>
    <w:p w14:paraId="05C52A8C" w14:textId="77777777" w:rsidR="00E94664" w:rsidRDefault="00E94664" w:rsidP="00E94664">
      <w:pPr>
        <w:spacing w:after="80"/>
      </w:pPr>
    </w:p>
    <w:p w14:paraId="66B1859D" w14:textId="77777777" w:rsidR="00E94664" w:rsidRDefault="00E94664" w:rsidP="00E94664">
      <w:pPr>
        <w:spacing w:after="80"/>
      </w:pPr>
    </w:p>
    <w:p w14:paraId="4EEBEE59" w14:textId="77777777" w:rsidR="00E94664" w:rsidRDefault="00E94664" w:rsidP="00E94664">
      <w:pPr>
        <w:spacing w:after="80"/>
      </w:pPr>
    </w:p>
    <w:p w14:paraId="1111DBFC" w14:textId="77777777" w:rsidR="00E94664" w:rsidRDefault="00E94664" w:rsidP="00E94664">
      <w:pPr>
        <w:spacing w:after="80"/>
      </w:pPr>
    </w:p>
    <w:p w14:paraId="74C0E5D9" w14:textId="77777777" w:rsidR="00E94664" w:rsidRDefault="00E94664" w:rsidP="00E94664">
      <w:pPr>
        <w:spacing w:after="80"/>
      </w:pPr>
    </w:p>
    <w:p w14:paraId="2BCEC989" w14:textId="77777777" w:rsidR="00E94664" w:rsidRDefault="00E94664" w:rsidP="00E94664">
      <w:pPr>
        <w:spacing w:after="80"/>
      </w:pPr>
    </w:p>
    <w:p w14:paraId="6F1DFADA" w14:textId="77777777" w:rsidR="00E94664" w:rsidRDefault="00E94664" w:rsidP="00E94664">
      <w:pPr>
        <w:spacing w:after="80"/>
      </w:pPr>
    </w:p>
    <w:p w14:paraId="283EE315" w14:textId="77777777" w:rsidR="00E94664" w:rsidRDefault="00E94664" w:rsidP="00E94664">
      <w:pPr>
        <w:spacing w:after="80"/>
      </w:pPr>
    </w:p>
    <w:p w14:paraId="309ACF7A" w14:textId="77777777" w:rsidR="00E94664" w:rsidRDefault="00E94664" w:rsidP="00E94664">
      <w:pPr>
        <w:spacing w:after="80"/>
      </w:pPr>
    </w:p>
    <w:p w14:paraId="7A2F932B" w14:textId="77777777" w:rsidR="00E94664" w:rsidRDefault="00E94664" w:rsidP="00E94664">
      <w:pPr>
        <w:spacing w:after="80"/>
      </w:pPr>
    </w:p>
    <w:p w14:paraId="0C129460" w14:textId="77777777" w:rsidR="00E94664" w:rsidRDefault="00E94664" w:rsidP="00E94664">
      <w:pPr>
        <w:spacing w:after="80"/>
      </w:pPr>
    </w:p>
    <w:p w14:paraId="154C34AD" w14:textId="77777777" w:rsidR="00E94664" w:rsidRDefault="00E94664" w:rsidP="00E94664">
      <w:pPr>
        <w:spacing w:after="80"/>
      </w:pPr>
    </w:p>
    <w:p w14:paraId="7A429F85" w14:textId="77777777" w:rsidR="00E94664" w:rsidRDefault="00E94664" w:rsidP="00E94664">
      <w:pPr>
        <w:spacing w:after="80"/>
      </w:pPr>
    </w:p>
    <w:p w14:paraId="285F2A2A" w14:textId="77777777" w:rsidR="00E94664" w:rsidRDefault="00E94664" w:rsidP="00E94664">
      <w:pPr>
        <w:spacing w:after="80"/>
      </w:pPr>
    </w:p>
    <w:p w14:paraId="128DA3A5" w14:textId="77777777" w:rsidR="00E94664" w:rsidRDefault="00E94664" w:rsidP="00E94664">
      <w:pPr>
        <w:spacing w:after="80"/>
      </w:pPr>
    </w:p>
    <w:p w14:paraId="488BAAB8" w14:textId="77777777" w:rsidR="00E94664" w:rsidRDefault="00E94664" w:rsidP="00E94664">
      <w:pPr>
        <w:spacing w:after="80"/>
      </w:pPr>
    </w:p>
    <w:p w14:paraId="625ED1DB" w14:textId="77777777" w:rsidR="00E94664" w:rsidRDefault="00E94664" w:rsidP="00E94664">
      <w:pPr>
        <w:spacing w:after="80"/>
      </w:pPr>
    </w:p>
    <w:p w14:paraId="6F022525" w14:textId="77777777" w:rsidR="00E94664" w:rsidRDefault="00E94664" w:rsidP="00E94664">
      <w:pPr>
        <w:spacing w:after="80"/>
      </w:pPr>
    </w:p>
    <w:p w14:paraId="08D7CB09" w14:textId="77777777" w:rsidR="00E94664" w:rsidRDefault="00E94664" w:rsidP="00E94664">
      <w:pPr>
        <w:spacing w:after="80"/>
      </w:pPr>
    </w:p>
    <w:p w14:paraId="3E673864" w14:textId="77777777" w:rsidR="00E94664" w:rsidRDefault="00E94664" w:rsidP="00E94664">
      <w:pPr>
        <w:spacing w:after="80"/>
      </w:pPr>
    </w:p>
    <w:p w14:paraId="133CC371" w14:textId="77777777" w:rsidR="00E94664" w:rsidRDefault="00E94664" w:rsidP="00E94664">
      <w:pPr>
        <w:spacing w:after="80"/>
      </w:pPr>
    </w:p>
    <w:p w14:paraId="4DA8ACB5" w14:textId="77777777" w:rsidR="00E94664" w:rsidRDefault="00E94664" w:rsidP="00E94664">
      <w:pPr>
        <w:spacing w:after="80"/>
      </w:pPr>
    </w:p>
    <w:p w14:paraId="3CB97201" w14:textId="77777777" w:rsidR="00E94664" w:rsidRDefault="00E94664" w:rsidP="00E94664">
      <w:pPr>
        <w:spacing w:after="80"/>
      </w:pPr>
    </w:p>
    <w:p w14:paraId="7E5363EF" w14:textId="77777777" w:rsidR="00E94664" w:rsidRDefault="00E94664" w:rsidP="00E94664">
      <w:pPr>
        <w:spacing w:after="80"/>
      </w:pPr>
    </w:p>
    <w:p w14:paraId="57906404" w14:textId="77777777" w:rsidR="00E94664" w:rsidRDefault="00E94664" w:rsidP="00E94664">
      <w:pPr>
        <w:spacing w:after="80"/>
      </w:pPr>
    </w:p>
    <w:p w14:paraId="652DEF2F" w14:textId="77777777" w:rsidR="00E94664" w:rsidRDefault="00E94664" w:rsidP="00E94664">
      <w:pPr>
        <w:spacing w:after="80"/>
      </w:pPr>
    </w:p>
    <w:p w14:paraId="112FB8E6" w14:textId="77777777" w:rsidR="00E94664" w:rsidRDefault="00E94664" w:rsidP="00E94664">
      <w:pPr>
        <w:spacing w:after="80"/>
      </w:pPr>
    </w:p>
    <w:p w14:paraId="7CF63AAB" w14:textId="77777777" w:rsidR="00E94664" w:rsidRDefault="00E94664" w:rsidP="00E94664">
      <w:pPr>
        <w:spacing w:after="80"/>
      </w:pPr>
    </w:p>
    <w:p w14:paraId="61659C1F" w14:textId="77777777" w:rsidR="00E94664" w:rsidRDefault="00E94664" w:rsidP="00E94664">
      <w:pPr>
        <w:spacing w:after="80"/>
      </w:pPr>
    </w:p>
    <w:p w14:paraId="6A9831D9" w14:textId="77777777" w:rsidR="00E94664" w:rsidRDefault="00E94664" w:rsidP="00E94664">
      <w:pPr>
        <w:spacing w:after="80"/>
      </w:pPr>
    </w:p>
    <w:p w14:paraId="55CDB9CC" w14:textId="77777777" w:rsidR="00E94664" w:rsidRDefault="00E94664" w:rsidP="00E94664">
      <w:pPr>
        <w:spacing w:after="80"/>
      </w:pPr>
    </w:p>
    <w:p w14:paraId="366F73DC" w14:textId="77777777" w:rsidR="00E94664" w:rsidRDefault="00E94664" w:rsidP="00E94664">
      <w:pPr>
        <w:spacing w:after="80"/>
      </w:pPr>
    </w:p>
    <w:p w14:paraId="1FA57CC5" w14:textId="26DC1178" w:rsidR="00A95467" w:rsidRDefault="00642A0B" w:rsidP="00E94664">
      <w:pPr>
        <w:spacing w:after="80"/>
        <w:jc w:val="center"/>
      </w:pPr>
      <w:r>
        <w:rPr>
          <w:b/>
          <w:color w:val="00843D"/>
          <w:sz w:val="40"/>
        </w:rPr>
        <w:lastRenderedPageBreak/>
        <w:t>4-</w:t>
      </w:r>
      <w:r w:rsidR="00E94664">
        <w:rPr>
          <w:b/>
          <w:color w:val="00843D"/>
          <w:sz w:val="40"/>
        </w:rPr>
        <w:t>H Cloverbud</w:t>
      </w:r>
      <w:r>
        <w:rPr>
          <w:b/>
          <w:color w:val="00843D"/>
          <w:sz w:val="40"/>
        </w:rPr>
        <w:t xml:space="preserve"> Community Service</w:t>
      </w:r>
    </w:p>
    <w:p w14:paraId="2AB05707" w14:textId="77777777" w:rsidR="00A95467" w:rsidRDefault="00642A0B">
      <w:r>
        <w:t>Tell us how you helped others through a club, county, school, family, or community service activity. You may draw pictures, add photos, make a list, or write a short story. Label your pictures or photos.</w:t>
      </w:r>
    </w:p>
    <w:p w14:paraId="0FC5F3DD" w14:textId="77777777" w:rsidR="00A95467" w:rsidRDefault="00642A0B">
      <w:r>
        <w:br w:type="page"/>
      </w:r>
    </w:p>
    <w:p w14:paraId="382927D3" w14:textId="77777777" w:rsidR="00A95467" w:rsidRDefault="00642A0B">
      <w:pPr>
        <w:spacing w:after="80"/>
        <w:jc w:val="center"/>
      </w:pPr>
      <w:r>
        <w:rPr>
          <w:b/>
          <w:color w:val="00843D"/>
          <w:sz w:val="40"/>
        </w:rPr>
        <w:lastRenderedPageBreak/>
        <w:t>4-H  Cloverbud Record Book Signatures</w:t>
      </w:r>
    </w:p>
    <w:p w14:paraId="23271901" w14:textId="77777777" w:rsidR="00A95467" w:rsidRDefault="00642A0B">
      <w:r>
        <w:rPr>
          <w:b/>
          <w:sz w:val="28"/>
        </w:rPr>
        <w:t>Member Statement</w:t>
      </w:r>
    </w:p>
    <w:p w14:paraId="2DF7082B" w14:textId="77777777" w:rsidR="00A95467" w:rsidRDefault="00642A0B">
      <w:r>
        <w:t>I helped prepare this record book, and it shows my 4-H experiences and work from this year.</w:t>
      </w:r>
    </w:p>
    <w:p w14:paraId="79011410" w14:textId="77777777" w:rsidR="00A95467" w:rsidRDefault="00642A0B">
      <w:pPr>
        <w:spacing w:before="320"/>
      </w:pPr>
      <w:r>
        <w:rPr>
          <w:b/>
        </w:rPr>
        <w:t xml:space="preserve">Cloverbud Member Signature: </w:t>
      </w:r>
      <w:r>
        <w:t>_____________________________________    Date: ________________</w:t>
      </w:r>
    </w:p>
    <w:p w14:paraId="396B9DBA" w14:textId="77777777" w:rsidR="00A95467" w:rsidRDefault="00642A0B">
      <w:pPr>
        <w:spacing w:before="320"/>
      </w:pPr>
      <w:r>
        <w:rPr>
          <w:b/>
        </w:rPr>
        <w:t xml:space="preserve">Parent/Guardian Signature: </w:t>
      </w:r>
      <w:r>
        <w:t>_____________________________________    Date: ________________</w:t>
      </w:r>
    </w:p>
    <w:p w14:paraId="708EC268" w14:textId="77777777" w:rsidR="00A95467" w:rsidRDefault="00642A0B">
      <w:pPr>
        <w:spacing w:before="320"/>
      </w:pPr>
      <w:r>
        <w:rPr>
          <w:b/>
        </w:rPr>
        <w:t xml:space="preserve">4-H Club Leader Signature: </w:t>
      </w:r>
      <w:r>
        <w:t>_____________________________________    Date: ________________</w:t>
      </w:r>
    </w:p>
    <w:p w14:paraId="2FC507D1" w14:textId="77777777" w:rsidR="00A95467" w:rsidRDefault="00642A0B">
      <w:pPr>
        <w:spacing w:before="440"/>
      </w:pPr>
      <w:r>
        <w:rPr>
          <w:b/>
          <w:color w:val="00843D"/>
          <w:sz w:val="32"/>
        </w:rPr>
        <w:t>Thank you for sharing your 4-H year!</w:t>
      </w:r>
    </w:p>
    <w:p w14:paraId="3969CF65" w14:textId="77777777" w:rsidR="00A95467" w:rsidRDefault="00642A0B">
      <w:r>
        <w:br w:type="page"/>
      </w:r>
    </w:p>
    <w:p w14:paraId="2B461934" w14:textId="77777777" w:rsidR="00A95467" w:rsidRDefault="00642A0B">
      <w:pPr>
        <w:spacing w:after="80"/>
        <w:jc w:val="center"/>
      </w:pPr>
      <w:r>
        <w:rPr>
          <w:b/>
          <w:color w:val="00843D"/>
          <w:sz w:val="40"/>
        </w:rPr>
        <w:lastRenderedPageBreak/>
        <w:t>4-H  My 4-H Story</w:t>
      </w:r>
    </w:p>
    <w:p w14:paraId="6188033C" w14:textId="77777777" w:rsidR="00A95467" w:rsidRDefault="00642A0B">
      <w:r>
        <w:t>Tell the story of your 4-H year. What was your favorite part? What did you learn? Who did you meet or help? You may write, draw, or attach additional pages.</w:t>
      </w:r>
    </w:p>
    <w:p w14:paraId="5018E5FE" w14:textId="77777777" w:rsidR="00A95467" w:rsidRDefault="00642A0B">
      <w:r>
        <w:br w:type="page"/>
      </w:r>
    </w:p>
    <w:p w14:paraId="7847BBA9" w14:textId="28D3B05B" w:rsidR="00E94664" w:rsidRDefault="00E94664" w:rsidP="00E64C74">
      <w:pPr>
        <w:spacing w:after="80"/>
        <w:ind w:left="2880" w:firstLine="720"/>
      </w:pPr>
      <w:r>
        <w:rPr>
          <w:b/>
          <w:color w:val="00843D"/>
          <w:sz w:val="40"/>
        </w:rPr>
        <w:lastRenderedPageBreak/>
        <w:t>My</w:t>
      </w:r>
      <w:r w:rsidR="00642A0B">
        <w:rPr>
          <w:b/>
          <w:color w:val="00843D"/>
          <w:sz w:val="40"/>
        </w:rPr>
        <w:t xml:space="preserve"> 4-H Photos</w:t>
      </w:r>
    </w:p>
    <w:p w14:paraId="17160C67" w14:textId="32621837" w:rsidR="00A95467" w:rsidRDefault="00642A0B" w:rsidP="00E94664">
      <w:pPr>
        <w:spacing w:after="80"/>
        <w:jc w:val="center"/>
      </w:pPr>
      <w:r>
        <w:t>Add photos from your 4-H year. Please write a short caption for each photo so we know what is happening.</w:t>
      </w:r>
    </w:p>
    <w:tbl>
      <w:tblPr>
        <w:tblW w:w="11098" w:type="dxa"/>
        <w:tblLook w:val="04A0" w:firstRow="1" w:lastRow="0" w:firstColumn="1" w:lastColumn="0" w:noHBand="0" w:noVBand="1"/>
      </w:tblPr>
      <w:tblGrid>
        <w:gridCol w:w="11098"/>
      </w:tblGrid>
      <w:tr w:rsidR="00A95467" w14:paraId="7F032D50" w14:textId="77777777" w:rsidTr="00D6496D">
        <w:trPr>
          <w:trHeight w:val="12359"/>
        </w:trPr>
        <w:tc>
          <w:tcPr>
            <w:tcW w:w="11098" w:type="dxa"/>
            <w:tcBorders>
              <w:top w:val="single" w:sz="8" w:space="0" w:color="000000"/>
              <w:left w:val="single" w:sz="8" w:space="0" w:color="000000"/>
              <w:bottom w:val="single" w:sz="8" w:space="0" w:color="000000"/>
              <w:right w:val="single" w:sz="8" w:space="0" w:color="000000"/>
            </w:tcBorders>
          </w:tcPr>
          <w:p w14:paraId="43E68EDB" w14:textId="77777777" w:rsidR="00A95467" w:rsidRDefault="00642A0B">
            <w:pPr>
              <w:spacing w:before="600"/>
              <w:jc w:val="center"/>
            </w:pPr>
            <w:r>
              <w:rPr>
                <w:i/>
                <w:color w:val="787878"/>
              </w:rPr>
              <w:t>Photo or drawing space</w:t>
            </w:r>
          </w:p>
        </w:tc>
      </w:tr>
    </w:tbl>
    <w:p w14:paraId="53308F68" w14:textId="77777777" w:rsidR="00D6496D" w:rsidRDefault="00D6496D">
      <w:pPr>
        <w:spacing w:after="160"/>
      </w:pPr>
    </w:p>
    <w:p w14:paraId="37EE5A63" w14:textId="079DFE47" w:rsidR="00A95467" w:rsidRDefault="00642A0B">
      <w:pPr>
        <w:spacing w:after="160"/>
      </w:pPr>
      <w:r>
        <w:t>Caption: _______________________________________________________________________</w:t>
      </w:r>
    </w:p>
    <w:p w14:paraId="0666F8BD" w14:textId="77777777" w:rsidR="00D6496D" w:rsidRDefault="00D6496D">
      <w:pPr>
        <w:spacing w:after="160"/>
      </w:pPr>
    </w:p>
    <w:p w14:paraId="23CDF664" w14:textId="77777777" w:rsidR="00D6496D" w:rsidRDefault="00D6496D">
      <w:pPr>
        <w:spacing w:after="160"/>
      </w:pPr>
    </w:p>
    <w:p w14:paraId="45772A49" w14:textId="77777777" w:rsidR="00D6496D" w:rsidRDefault="00D6496D">
      <w:pPr>
        <w:spacing w:after="160"/>
      </w:pPr>
    </w:p>
    <w:tbl>
      <w:tblPr>
        <w:tblW w:w="10667" w:type="dxa"/>
        <w:tblLook w:val="04A0" w:firstRow="1" w:lastRow="0" w:firstColumn="1" w:lastColumn="0" w:noHBand="0" w:noVBand="1"/>
      </w:tblPr>
      <w:tblGrid>
        <w:gridCol w:w="10667"/>
      </w:tblGrid>
      <w:tr w:rsidR="00A95467" w14:paraId="1788FBFF" w14:textId="77777777" w:rsidTr="00D6496D">
        <w:trPr>
          <w:trHeight w:val="12162"/>
        </w:trPr>
        <w:tc>
          <w:tcPr>
            <w:tcW w:w="10667" w:type="dxa"/>
            <w:tcBorders>
              <w:top w:val="single" w:sz="8" w:space="0" w:color="000000"/>
              <w:left w:val="single" w:sz="8" w:space="0" w:color="000000"/>
              <w:bottom w:val="single" w:sz="8" w:space="0" w:color="000000"/>
              <w:right w:val="single" w:sz="8" w:space="0" w:color="000000"/>
            </w:tcBorders>
          </w:tcPr>
          <w:p w14:paraId="4E0E5969" w14:textId="77777777" w:rsidR="00A95467" w:rsidRDefault="00642A0B">
            <w:pPr>
              <w:spacing w:before="600"/>
              <w:jc w:val="center"/>
            </w:pPr>
            <w:r>
              <w:rPr>
                <w:i/>
                <w:color w:val="787878"/>
              </w:rPr>
              <w:t>Photo or drawing space</w:t>
            </w:r>
          </w:p>
        </w:tc>
      </w:tr>
    </w:tbl>
    <w:p w14:paraId="09B47348" w14:textId="77777777" w:rsidR="00D6496D" w:rsidRDefault="00D6496D">
      <w:pPr>
        <w:spacing w:after="160"/>
      </w:pPr>
    </w:p>
    <w:p w14:paraId="7D3819DC" w14:textId="08FA69AB" w:rsidR="00A95467" w:rsidRDefault="00642A0B">
      <w:pPr>
        <w:spacing w:after="160"/>
      </w:pPr>
      <w:r>
        <w:t>Caption: _______________________________________________________________________</w:t>
      </w:r>
    </w:p>
    <w:tbl>
      <w:tblPr>
        <w:tblW w:w="10931" w:type="dxa"/>
        <w:tblLook w:val="04A0" w:firstRow="1" w:lastRow="0" w:firstColumn="1" w:lastColumn="0" w:noHBand="0" w:noVBand="1"/>
      </w:tblPr>
      <w:tblGrid>
        <w:gridCol w:w="10931"/>
      </w:tblGrid>
      <w:tr w:rsidR="00A95467" w14:paraId="2DCDD08D" w14:textId="77777777" w:rsidTr="00D6496D">
        <w:trPr>
          <w:trHeight w:val="13519"/>
        </w:trPr>
        <w:tc>
          <w:tcPr>
            <w:tcW w:w="10931" w:type="dxa"/>
            <w:tcBorders>
              <w:top w:val="single" w:sz="8" w:space="0" w:color="000000"/>
              <w:left w:val="single" w:sz="8" w:space="0" w:color="000000"/>
              <w:bottom w:val="single" w:sz="8" w:space="0" w:color="000000"/>
              <w:right w:val="single" w:sz="8" w:space="0" w:color="000000"/>
            </w:tcBorders>
          </w:tcPr>
          <w:p w14:paraId="6C44FDE9" w14:textId="77777777" w:rsidR="00A95467" w:rsidRDefault="00642A0B">
            <w:pPr>
              <w:spacing w:before="600"/>
              <w:jc w:val="center"/>
            </w:pPr>
            <w:r>
              <w:rPr>
                <w:i/>
                <w:color w:val="787878"/>
              </w:rPr>
              <w:lastRenderedPageBreak/>
              <w:t>Photo or drawing space</w:t>
            </w:r>
          </w:p>
        </w:tc>
      </w:tr>
    </w:tbl>
    <w:p w14:paraId="132FD3C5" w14:textId="77777777" w:rsidR="00D6496D" w:rsidRDefault="00D6496D">
      <w:pPr>
        <w:spacing w:after="160"/>
      </w:pPr>
    </w:p>
    <w:p w14:paraId="19A6C3F0" w14:textId="312AD439" w:rsidR="00A95467" w:rsidRDefault="00642A0B" w:rsidP="00D6496D">
      <w:pPr>
        <w:spacing w:after="160"/>
      </w:pPr>
      <w:r>
        <w:t>Caption: _______________________________________________________________________</w:t>
      </w:r>
    </w:p>
    <w:sectPr w:rsidR="00A95467" w:rsidSect="00034616">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7146019">
    <w:abstractNumId w:val="8"/>
  </w:num>
  <w:num w:numId="2" w16cid:durableId="498079110">
    <w:abstractNumId w:val="6"/>
  </w:num>
  <w:num w:numId="3" w16cid:durableId="878005896">
    <w:abstractNumId w:val="5"/>
  </w:num>
  <w:num w:numId="4" w16cid:durableId="23336683">
    <w:abstractNumId w:val="4"/>
  </w:num>
  <w:num w:numId="5" w16cid:durableId="1032802989">
    <w:abstractNumId w:val="7"/>
  </w:num>
  <w:num w:numId="6" w16cid:durableId="866285898">
    <w:abstractNumId w:val="3"/>
  </w:num>
  <w:num w:numId="7" w16cid:durableId="1185285846">
    <w:abstractNumId w:val="2"/>
  </w:num>
  <w:num w:numId="8" w16cid:durableId="1836340675">
    <w:abstractNumId w:val="1"/>
  </w:num>
  <w:num w:numId="9" w16cid:durableId="9477399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42A0B"/>
    <w:rsid w:val="006C7242"/>
    <w:rsid w:val="009B5011"/>
    <w:rsid w:val="00A95467"/>
    <w:rsid w:val="00AA1D8D"/>
    <w:rsid w:val="00B47730"/>
    <w:rsid w:val="00CB0664"/>
    <w:rsid w:val="00D6496D"/>
    <w:rsid w:val="00E64C74"/>
    <w:rsid w:val="00E94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0BAFC1"/>
  <w14:defaultImageDpi w14:val="300"/>
  <w15:docId w15:val="{21D9E29D-D6D9-40B8-B8FB-1AEF34C12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13</Pages>
  <Words>540</Words>
  <Characters>3078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Chelsey Wilson</cp:lastModifiedBy>
  <cp:revision>2</cp:revision>
  <cp:lastPrinted>2026-09-22T18:06:00Z</cp:lastPrinted>
  <dcterms:created xsi:type="dcterms:W3CDTF">2013-12-23T23:15:00Z</dcterms:created>
  <dcterms:modified xsi:type="dcterms:W3CDTF">2026-09-24T15:16:00Z</dcterms:modified>
  <cp:category/>
</cp:coreProperties>
</file>