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AE3BB" w14:textId="77777777" w:rsidR="00AE395D" w:rsidRPr="00807B69" w:rsidRDefault="003A2EEF">
      <w:pPr>
        <w:spacing w:after="0"/>
        <w:jc w:val="center"/>
        <w:rPr>
          <w:rFonts w:cs="Arial"/>
          <w:sz w:val="22"/>
        </w:rPr>
      </w:pPr>
      <w:r w:rsidRPr="00807B69">
        <w:rPr>
          <w:rFonts w:cs="Arial"/>
          <w:b/>
          <w:sz w:val="22"/>
        </w:rPr>
        <w:t>Lea County 4-H</w:t>
      </w:r>
    </w:p>
    <w:p w14:paraId="3EDF66E2" w14:textId="77777777" w:rsidR="00AE395D" w:rsidRPr="00807B69" w:rsidRDefault="003A2EEF">
      <w:pPr>
        <w:spacing w:after="0"/>
        <w:jc w:val="center"/>
        <w:rPr>
          <w:rFonts w:cs="Arial"/>
          <w:sz w:val="22"/>
        </w:rPr>
      </w:pPr>
      <w:r w:rsidRPr="00807B69">
        <w:rPr>
          <w:rFonts w:cs="Arial"/>
          <w:b/>
          <w:sz w:val="22"/>
        </w:rPr>
        <w:t>Outstanding Awards Application</w:t>
      </w:r>
    </w:p>
    <w:p w14:paraId="1B7ABFCD" w14:textId="77777777" w:rsidR="00AE395D" w:rsidRPr="00807B69" w:rsidRDefault="003A2EEF">
      <w:pPr>
        <w:spacing w:after="160"/>
        <w:jc w:val="center"/>
        <w:rPr>
          <w:rFonts w:cs="Arial"/>
          <w:sz w:val="22"/>
        </w:rPr>
      </w:pPr>
      <w:r w:rsidRPr="00807B69">
        <w:rPr>
          <w:rFonts w:cs="Arial"/>
          <w:b/>
          <w:sz w:val="22"/>
        </w:rPr>
        <w:t>2025–2026 4-H Year</w:t>
      </w:r>
    </w:p>
    <w:tbl>
      <w:tblPr>
        <w:tblStyle w:val="TableGrid"/>
        <w:tblW w:w="10811" w:type="dxa"/>
        <w:jc w:val="center"/>
        <w:tblLook w:val="04A0" w:firstRow="1" w:lastRow="0" w:firstColumn="1" w:lastColumn="0" w:noHBand="0" w:noVBand="1"/>
      </w:tblPr>
      <w:tblGrid>
        <w:gridCol w:w="4378"/>
        <w:gridCol w:w="6433"/>
      </w:tblGrid>
      <w:tr w:rsidR="00AE395D" w:rsidRPr="00807B69" w14:paraId="2D68B0AF" w14:textId="77777777" w:rsidTr="00807B69">
        <w:trPr>
          <w:trHeight w:val="580"/>
          <w:jc w:val="center"/>
        </w:trPr>
        <w:tc>
          <w:tcPr>
            <w:tcW w:w="4378" w:type="dxa"/>
            <w:vAlign w:val="center"/>
          </w:tcPr>
          <w:p w14:paraId="4F1CCAD4" w14:textId="6159A55B" w:rsidR="00AE395D" w:rsidRPr="00807B69" w:rsidRDefault="003A2EEF">
            <w:pPr>
              <w:rPr>
                <w:rFonts w:cs="Arial"/>
                <w:sz w:val="22"/>
              </w:rPr>
            </w:pPr>
            <w:r w:rsidRPr="00807B69">
              <w:rPr>
                <w:rFonts w:cs="Arial"/>
                <w:sz w:val="22"/>
              </w:rPr>
              <w:t>Member Name: ________________________________</w:t>
            </w:r>
          </w:p>
        </w:tc>
        <w:tc>
          <w:tcPr>
            <w:tcW w:w="6433" w:type="dxa"/>
            <w:vAlign w:val="center"/>
          </w:tcPr>
          <w:p w14:paraId="1E9DF911" w14:textId="77777777" w:rsidR="00AE395D" w:rsidRPr="00807B69" w:rsidRDefault="003A2EEF">
            <w:pPr>
              <w:rPr>
                <w:rFonts w:cs="Arial"/>
                <w:sz w:val="22"/>
              </w:rPr>
            </w:pPr>
            <w:r w:rsidRPr="00807B69">
              <w:rPr>
                <w:rFonts w:cs="Arial"/>
                <w:sz w:val="22"/>
              </w:rPr>
              <w:t>Club: _________________________________________________</w:t>
            </w:r>
          </w:p>
        </w:tc>
      </w:tr>
      <w:tr w:rsidR="00AE395D" w:rsidRPr="00807B69" w14:paraId="1133A01E" w14:textId="77777777" w:rsidTr="00807B69">
        <w:trPr>
          <w:trHeight w:val="580"/>
          <w:jc w:val="center"/>
        </w:trPr>
        <w:tc>
          <w:tcPr>
            <w:tcW w:w="4378" w:type="dxa"/>
            <w:vAlign w:val="center"/>
          </w:tcPr>
          <w:p w14:paraId="244EE332" w14:textId="77777777" w:rsidR="00AE395D" w:rsidRPr="00807B69" w:rsidRDefault="003A2EEF">
            <w:pPr>
              <w:rPr>
                <w:rFonts w:cs="Arial"/>
                <w:sz w:val="22"/>
              </w:rPr>
            </w:pPr>
            <w:r w:rsidRPr="00807B69">
              <w:rPr>
                <w:rFonts w:cs="Arial"/>
                <w:sz w:val="22"/>
              </w:rPr>
              <w:t>Age: __________</w:t>
            </w:r>
          </w:p>
        </w:tc>
        <w:tc>
          <w:tcPr>
            <w:tcW w:w="6433" w:type="dxa"/>
            <w:vAlign w:val="center"/>
          </w:tcPr>
          <w:p w14:paraId="016EC2CB" w14:textId="77777777" w:rsidR="00AE395D" w:rsidRPr="00807B69" w:rsidRDefault="003A2EEF">
            <w:pPr>
              <w:rPr>
                <w:rFonts w:cs="Arial"/>
                <w:sz w:val="22"/>
              </w:rPr>
            </w:pPr>
            <w:r w:rsidRPr="00807B69">
              <w:rPr>
                <w:rFonts w:cs="Arial"/>
                <w:sz w:val="22"/>
              </w:rPr>
              <w:t>Phone: ________________________________________________</w:t>
            </w:r>
          </w:p>
        </w:tc>
      </w:tr>
      <w:tr w:rsidR="00AE395D" w:rsidRPr="00807B69" w14:paraId="2304D085" w14:textId="77777777" w:rsidTr="00807B69">
        <w:trPr>
          <w:trHeight w:val="621"/>
          <w:jc w:val="center"/>
        </w:trPr>
        <w:tc>
          <w:tcPr>
            <w:tcW w:w="4378" w:type="dxa"/>
            <w:vAlign w:val="center"/>
          </w:tcPr>
          <w:p w14:paraId="0492657C" w14:textId="77777777" w:rsidR="00AE395D" w:rsidRPr="00807B69" w:rsidRDefault="003A2EEF">
            <w:pPr>
              <w:rPr>
                <w:rFonts w:cs="Arial"/>
                <w:sz w:val="22"/>
              </w:rPr>
            </w:pPr>
            <w:r w:rsidRPr="00807B69">
              <w:rPr>
                <w:rFonts w:cs="Arial"/>
                <w:sz w:val="22"/>
              </w:rPr>
              <w:t xml:space="preserve">Age Division:  </w:t>
            </w:r>
            <w:r w:rsidRPr="00807B69">
              <w:rPr>
                <w:rFonts w:ascii="Segoe UI Symbol" w:hAnsi="Segoe UI Symbol" w:cs="Segoe UI Symbol"/>
                <w:sz w:val="22"/>
              </w:rPr>
              <w:t>☐</w:t>
            </w:r>
            <w:r w:rsidRPr="00807B69">
              <w:rPr>
                <w:rFonts w:cs="Arial"/>
                <w:sz w:val="22"/>
              </w:rPr>
              <w:t xml:space="preserve"> Novice   </w:t>
            </w:r>
            <w:r w:rsidRPr="00807B69">
              <w:rPr>
                <w:rFonts w:ascii="Segoe UI Symbol" w:hAnsi="Segoe UI Symbol" w:cs="Segoe UI Symbol"/>
                <w:sz w:val="22"/>
              </w:rPr>
              <w:t>☐</w:t>
            </w:r>
            <w:r w:rsidRPr="00807B69">
              <w:rPr>
                <w:rFonts w:cs="Arial"/>
                <w:sz w:val="22"/>
              </w:rPr>
              <w:t xml:space="preserve"> Junior   </w:t>
            </w:r>
            <w:r w:rsidRPr="00807B69">
              <w:rPr>
                <w:rFonts w:ascii="Segoe UI Symbol" w:hAnsi="Segoe UI Symbol" w:cs="Segoe UI Symbol"/>
                <w:sz w:val="22"/>
              </w:rPr>
              <w:t>☐</w:t>
            </w:r>
            <w:r w:rsidRPr="00807B69">
              <w:rPr>
                <w:rFonts w:cs="Arial"/>
                <w:sz w:val="22"/>
              </w:rPr>
              <w:t xml:space="preserve"> Senior</w:t>
            </w:r>
          </w:p>
        </w:tc>
        <w:tc>
          <w:tcPr>
            <w:tcW w:w="6433" w:type="dxa"/>
            <w:vAlign w:val="center"/>
          </w:tcPr>
          <w:p w14:paraId="7F4C0911" w14:textId="77777777" w:rsidR="00AE395D" w:rsidRPr="00807B69" w:rsidRDefault="00AE395D">
            <w:pPr>
              <w:rPr>
                <w:rFonts w:cs="Arial"/>
                <w:sz w:val="22"/>
              </w:rPr>
            </w:pPr>
          </w:p>
        </w:tc>
      </w:tr>
    </w:tbl>
    <w:p w14:paraId="0AC03970" w14:textId="77777777" w:rsidR="00AE395D" w:rsidRPr="00807B69" w:rsidRDefault="00AE395D">
      <w:pPr>
        <w:spacing w:after="0"/>
        <w:rPr>
          <w:rFonts w:cs="Arial"/>
          <w:sz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AE395D" w:rsidRPr="00807B69" w14:paraId="3901B51C" w14:textId="77777777">
        <w:trPr>
          <w:jc w:val="center"/>
        </w:trPr>
        <w:tc>
          <w:tcPr>
            <w:tcW w:w="10224" w:type="dxa"/>
            <w:shd w:val="clear" w:color="auto" w:fill="D9EAD3"/>
            <w:vAlign w:val="center"/>
          </w:tcPr>
          <w:p w14:paraId="0B683D3B" w14:textId="77777777" w:rsidR="00AE395D" w:rsidRPr="00807B69" w:rsidRDefault="003A2EEF">
            <w:pPr>
              <w:rPr>
                <w:rFonts w:cs="Arial"/>
                <w:sz w:val="22"/>
              </w:rPr>
            </w:pPr>
            <w:r w:rsidRPr="00807B69">
              <w:rPr>
                <w:rFonts w:cs="Arial"/>
                <w:b/>
                <w:sz w:val="22"/>
              </w:rPr>
              <w:t>Award Category</w:t>
            </w:r>
          </w:p>
        </w:tc>
      </w:tr>
    </w:tbl>
    <w:p w14:paraId="118DC140" w14:textId="77777777" w:rsidR="00AE395D" w:rsidRPr="00807B69" w:rsidRDefault="00AE395D">
      <w:pPr>
        <w:spacing w:after="0"/>
        <w:rPr>
          <w:rFonts w:cs="Arial"/>
          <w:sz w:val="22"/>
        </w:rPr>
      </w:pPr>
    </w:p>
    <w:p w14:paraId="063B7212" w14:textId="77777777" w:rsidR="00AE395D" w:rsidRPr="00807B69" w:rsidRDefault="003A2EEF">
      <w:pPr>
        <w:spacing w:after="60"/>
        <w:rPr>
          <w:rFonts w:cs="Arial"/>
          <w:sz w:val="22"/>
        </w:rPr>
      </w:pPr>
      <w:r w:rsidRPr="00807B69">
        <w:rPr>
          <w:rFonts w:cs="Arial"/>
          <w:b/>
          <w:sz w:val="22"/>
        </w:rPr>
        <w:t xml:space="preserve">Please select one award category. </w:t>
      </w:r>
      <w:r w:rsidRPr="00807B69">
        <w:rPr>
          <w:rFonts w:cs="Arial"/>
          <w:sz w:val="22"/>
        </w:rPr>
        <w:t>A member may apply for only one Outstanding Award. Up to two awards may be presented in each category.</w:t>
      </w:r>
    </w:p>
    <w:p w14:paraId="3193CA65" w14:textId="7793047C" w:rsidR="00AE395D" w:rsidRPr="00807B69" w:rsidRDefault="003A2EEF">
      <w:pPr>
        <w:spacing w:after="140"/>
        <w:rPr>
          <w:rFonts w:cs="Arial"/>
          <w:sz w:val="22"/>
        </w:rPr>
      </w:pPr>
      <w:r w:rsidRPr="00807B69">
        <w:rPr>
          <w:rFonts w:ascii="Segoe UI Symbol" w:hAnsi="Segoe UI Symbol" w:cs="Segoe UI Symbol"/>
          <w:sz w:val="22"/>
        </w:rPr>
        <w:t>☐</w:t>
      </w:r>
      <w:r w:rsidRPr="00807B69">
        <w:rPr>
          <w:rFonts w:cs="Arial"/>
          <w:sz w:val="22"/>
        </w:rPr>
        <w:t xml:space="preserve"> First-Year Member      </w:t>
      </w:r>
      <w:r w:rsidRPr="00807B69">
        <w:rPr>
          <w:rFonts w:ascii="Segoe UI Symbol" w:hAnsi="Segoe UI Symbol" w:cs="Segoe UI Symbol"/>
          <w:sz w:val="22"/>
        </w:rPr>
        <w:t>☐</w:t>
      </w:r>
      <w:r w:rsidRPr="00807B69">
        <w:rPr>
          <w:rFonts w:cs="Arial"/>
          <w:sz w:val="22"/>
        </w:rPr>
        <w:t xml:space="preserve"> Agriculture      </w:t>
      </w:r>
      <w:r w:rsidRPr="00807B69">
        <w:rPr>
          <w:rFonts w:ascii="Segoe UI Symbol" w:hAnsi="Segoe UI Symbol" w:cs="Segoe UI Symbol"/>
          <w:sz w:val="22"/>
        </w:rPr>
        <w:t>☐</w:t>
      </w:r>
      <w:r w:rsidRPr="00807B69">
        <w:rPr>
          <w:rFonts w:cs="Arial"/>
          <w:sz w:val="22"/>
        </w:rPr>
        <w:t xml:space="preserve"> Home Economics</w:t>
      </w:r>
      <w:r w:rsidR="00807B69" w:rsidRPr="00807B69">
        <w:rPr>
          <w:rFonts w:cs="Arial"/>
          <w:sz w:val="22"/>
        </w:rPr>
        <w:t xml:space="preserve">   </w:t>
      </w:r>
      <w:r w:rsidR="00A93538">
        <w:rPr>
          <w:rFonts w:cs="Arial"/>
          <w:sz w:val="22"/>
        </w:rPr>
        <w:t xml:space="preserve"> </w:t>
      </w:r>
      <w:r w:rsidR="00807B69" w:rsidRPr="00807B69">
        <w:rPr>
          <w:rFonts w:ascii="Segoe UI Symbol" w:hAnsi="Segoe UI Symbol" w:cs="Segoe UI Symbol"/>
          <w:sz w:val="22"/>
        </w:rPr>
        <w:t>☐</w:t>
      </w:r>
      <w:r w:rsidR="00807B69" w:rsidRPr="00807B69">
        <w:rPr>
          <w:rFonts w:cs="Arial"/>
          <w:sz w:val="22"/>
        </w:rPr>
        <w:t xml:space="preserve"> Achievements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AE395D" w:rsidRPr="00807B69" w14:paraId="5BD0CE37" w14:textId="77777777">
        <w:trPr>
          <w:jc w:val="center"/>
        </w:trPr>
        <w:tc>
          <w:tcPr>
            <w:tcW w:w="10224" w:type="dxa"/>
            <w:shd w:val="clear" w:color="auto" w:fill="D9EAD3"/>
            <w:vAlign w:val="center"/>
          </w:tcPr>
          <w:p w14:paraId="0DC864D4" w14:textId="77777777" w:rsidR="00AE395D" w:rsidRPr="00807B69" w:rsidRDefault="003A2EEF">
            <w:pPr>
              <w:rPr>
                <w:rFonts w:cs="Arial"/>
                <w:sz w:val="22"/>
              </w:rPr>
            </w:pPr>
            <w:r w:rsidRPr="00807B69">
              <w:rPr>
                <w:rFonts w:cs="Arial"/>
                <w:b/>
                <w:sz w:val="22"/>
              </w:rPr>
              <w:t>Participation and Leadership</w:t>
            </w:r>
          </w:p>
        </w:tc>
      </w:tr>
    </w:tbl>
    <w:p w14:paraId="7483EC78" w14:textId="77777777" w:rsidR="00AE395D" w:rsidRPr="00807B69" w:rsidRDefault="00AE395D">
      <w:pPr>
        <w:spacing w:after="0"/>
        <w:rPr>
          <w:rFonts w:cs="Arial"/>
          <w:sz w:val="22"/>
        </w:rPr>
      </w:pPr>
    </w:p>
    <w:p w14:paraId="0413A54B" w14:textId="77777777" w:rsidR="00AE395D" w:rsidRDefault="003A2EEF">
      <w:pPr>
        <w:spacing w:after="100"/>
        <w:rPr>
          <w:rFonts w:cs="Arial"/>
          <w:sz w:val="22"/>
        </w:rPr>
      </w:pPr>
      <w:r w:rsidRPr="00807B69">
        <w:rPr>
          <w:rFonts w:cs="Arial"/>
          <w:sz w:val="22"/>
        </w:rPr>
        <w:t>Please provide complete information about your 4-H participation and achievements during the 2025–2026 4-H year.</w:t>
      </w:r>
    </w:p>
    <w:p w14:paraId="0D23F89B" w14:textId="77777777" w:rsidR="00A93538" w:rsidRPr="00807B69" w:rsidRDefault="00A93538">
      <w:pPr>
        <w:spacing w:after="100"/>
        <w:rPr>
          <w:rFonts w:cs="Arial"/>
          <w:sz w:val="22"/>
        </w:rPr>
      </w:pPr>
    </w:p>
    <w:p w14:paraId="00B8DEBB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b/>
          <w:sz w:val="22"/>
        </w:rPr>
        <w:t>1. Number of years enrolled in 4-H:</w:t>
      </w:r>
    </w:p>
    <w:p w14:paraId="10506367" w14:textId="18253A7D" w:rsidR="001A7624" w:rsidRPr="001A7624" w:rsidRDefault="001A7624" w:rsidP="001A7624">
      <w:r>
        <w:rPr>
          <w:rFonts w:cs="Arial"/>
          <w:sz w:val="22"/>
        </w:rPr>
        <w:t>_______________________________________________________________________________</w:t>
      </w:r>
    </w:p>
    <w:p w14:paraId="1C8CA72E" w14:textId="77777777" w:rsidR="00A93538" w:rsidRPr="00807B69" w:rsidRDefault="00A93538">
      <w:pPr>
        <w:spacing w:after="20"/>
        <w:rPr>
          <w:rFonts w:cs="Arial"/>
          <w:sz w:val="22"/>
        </w:rPr>
      </w:pPr>
    </w:p>
    <w:p w14:paraId="339C231D" w14:textId="0E78A5BD" w:rsidR="00A93538" w:rsidRPr="00A93538" w:rsidRDefault="003A2EEF">
      <w:pPr>
        <w:spacing w:after="20"/>
        <w:rPr>
          <w:rFonts w:cs="Arial"/>
          <w:b/>
          <w:sz w:val="22"/>
        </w:rPr>
      </w:pPr>
      <w:r w:rsidRPr="00807B69">
        <w:rPr>
          <w:rFonts w:cs="Arial"/>
          <w:b/>
          <w:sz w:val="22"/>
        </w:rPr>
        <w:t>2. Projects completed this year:</w:t>
      </w:r>
    </w:p>
    <w:p w14:paraId="7DB0AF90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sz w:val="22"/>
        </w:rPr>
        <w:t>________________________________________________________________________________</w:t>
      </w:r>
    </w:p>
    <w:p w14:paraId="2CE09B3D" w14:textId="77777777" w:rsidR="00A93538" w:rsidRDefault="00A93538">
      <w:r>
        <w:rPr>
          <w:rFonts w:cs="Arial"/>
          <w:sz w:val="22"/>
        </w:rPr>
        <w:t>________________________________________________________________________________</w:t>
      </w:r>
    </w:p>
    <w:p w14:paraId="5FAA6021" w14:textId="144B6EA6" w:rsidR="00A93538" w:rsidRPr="00807B69" w:rsidRDefault="00A93538" w:rsidP="00A93538">
      <w:pPr>
        <w:spacing w:after="20"/>
        <w:rPr>
          <w:rFonts w:cs="Arial"/>
          <w:sz w:val="22"/>
        </w:rPr>
      </w:pPr>
    </w:p>
    <w:p w14:paraId="0DE308E2" w14:textId="30800170" w:rsidR="00A93538" w:rsidRPr="00A93538" w:rsidRDefault="003A2EEF">
      <w:pPr>
        <w:spacing w:after="20"/>
        <w:rPr>
          <w:rFonts w:cs="Arial"/>
          <w:b/>
          <w:sz w:val="22"/>
        </w:rPr>
      </w:pPr>
      <w:r w:rsidRPr="00807B69">
        <w:rPr>
          <w:rFonts w:cs="Arial"/>
          <w:b/>
          <w:sz w:val="22"/>
        </w:rPr>
        <w:t>3. Contests or competitive events entered</w:t>
      </w:r>
      <w:r w:rsidR="00A93538">
        <w:rPr>
          <w:rFonts w:cs="Arial"/>
          <w:b/>
          <w:sz w:val="22"/>
        </w:rPr>
        <w:t>:</w:t>
      </w:r>
    </w:p>
    <w:p w14:paraId="63C24C3B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sz w:val="22"/>
        </w:rPr>
        <w:t>________________________________________________________________________________</w:t>
      </w:r>
    </w:p>
    <w:p w14:paraId="2FF35AFC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sz w:val="22"/>
        </w:rPr>
        <w:t>________________________________________________________________________________</w:t>
      </w:r>
    </w:p>
    <w:p w14:paraId="25F65070" w14:textId="77777777" w:rsidR="00AE395D" w:rsidRDefault="003A2EEF">
      <w:pPr>
        <w:spacing w:after="20"/>
        <w:rPr>
          <w:rFonts w:cs="Arial"/>
          <w:i/>
          <w:sz w:val="22"/>
        </w:rPr>
      </w:pPr>
      <w:r w:rsidRPr="00807B69">
        <w:rPr>
          <w:rFonts w:cs="Arial"/>
          <w:i/>
          <w:sz w:val="22"/>
        </w:rPr>
        <w:t xml:space="preserve">(Examples: judging, public speaking, clothing </w:t>
      </w:r>
      <w:proofErr w:type="gramStart"/>
      <w:r w:rsidRPr="00807B69">
        <w:rPr>
          <w:rFonts w:cs="Arial"/>
          <w:i/>
          <w:sz w:val="22"/>
        </w:rPr>
        <w:t>revue</w:t>
      </w:r>
      <w:proofErr w:type="gramEnd"/>
      <w:r w:rsidRPr="00807B69">
        <w:rPr>
          <w:rFonts w:cs="Arial"/>
          <w:i/>
          <w:sz w:val="22"/>
        </w:rPr>
        <w:t>, and similar events.)</w:t>
      </w:r>
    </w:p>
    <w:p w14:paraId="2AB0E372" w14:textId="77777777" w:rsidR="00A93538" w:rsidRPr="00807B69" w:rsidRDefault="00A93538">
      <w:pPr>
        <w:spacing w:after="20"/>
        <w:rPr>
          <w:rFonts w:cs="Arial"/>
          <w:sz w:val="22"/>
        </w:rPr>
      </w:pPr>
    </w:p>
    <w:p w14:paraId="757898D3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b/>
          <w:sz w:val="22"/>
        </w:rPr>
        <w:t>4. Demonstrations or presentations given:</w:t>
      </w:r>
    </w:p>
    <w:p w14:paraId="2E8BC313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sz w:val="22"/>
        </w:rPr>
        <w:t>________________________________________________________________________________</w:t>
      </w:r>
    </w:p>
    <w:p w14:paraId="787DE0C3" w14:textId="77777777" w:rsidR="00A93538" w:rsidRDefault="00A93538">
      <w:r>
        <w:rPr>
          <w:rFonts w:cs="Arial"/>
          <w:sz w:val="22"/>
        </w:rPr>
        <w:t>________________________________________________________________________________</w:t>
      </w:r>
    </w:p>
    <w:p w14:paraId="6A27C36D" w14:textId="216D485D" w:rsidR="00A93538" w:rsidRPr="00807B69" w:rsidRDefault="00A93538" w:rsidP="00A93538">
      <w:pPr>
        <w:spacing w:after="20"/>
        <w:rPr>
          <w:rFonts w:cs="Arial"/>
          <w:sz w:val="22"/>
        </w:rPr>
      </w:pPr>
    </w:p>
    <w:p w14:paraId="7B0A9A8E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b/>
          <w:sz w:val="22"/>
        </w:rPr>
        <w:t>5. Leadership experiences</w:t>
      </w:r>
    </w:p>
    <w:p w14:paraId="60D83A3C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sz w:val="22"/>
        </w:rPr>
        <w:t>________________________________________________________________________________</w:t>
      </w:r>
    </w:p>
    <w:p w14:paraId="623F0B5A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sz w:val="22"/>
        </w:rPr>
        <w:t>________________________________________________________________________________</w:t>
      </w:r>
    </w:p>
    <w:p w14:paraId="27A369B1" w14:textId="77777777" w:rsidR="00AE395D" w:rsidRDefault="003A2EEF">
      <w:pPr>
        <w:spacing w:after="20"/>
        <w:rPr>
          <w:rFonts w:cs="Arial"/>
          <w:i/>
          <w:sz w:val="22"/>
        </w:rPr>
      </w:pPr>
      <w:r w:rsidRPr="00807B69">
        <w:rPr>
          <w:rFonts w:cs="Arial"/>
          <w:i/>
          <w:sz w:val="22"/>
        </w:rPr>
        <w:t>(Examples: offices held, workshops attended, committee work, mentoring, or other leadership activities.)</w:t>
      </w:r>
    </w:p>
    <w:p w14:paraId="68508E5C" w14:textId="77777777" w:rsidR="00A93538" w:rsidRDefault="00A93538">
      <w:pPr>
        <w:spacing w:after="20"/>
        <w:rPr>
          <w:rFonts w:cs="Arial"/>
          <w:i/>
          <w:sz w:val="22"/>
        </w:rPr>
      </w:pPr>
    </w:p>
    <w:p w14:paraId="3BAC5E43" w14:textId="77777777" w:rsidR="00A93538" w:rsidRPr="00807B69" w:rsidRDefault="00A93538">
      <w:pPr>
        <w:spacing w:after="20"/>
        <w:rPr>
          <w:rFonts w:cs="Arial"/>
          <w:sz w:val="22"/>
        </w:rPr>
      </w:pPr>
    </w:p>
    <w:p w14:paraId="431A77A7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b/>
          <w:sz w:val="22"/>
        </w:rPr>
        <w:lastRenderedPageBreak/>
        <w:t>6. Community service projects or volunteer activities:</w:t>
      </w:r>
    </w:p>
    <w:p w14:paraId="696D1F07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sz w:val="22"/>
        </w:rPr>
        <w:t>________________________________________________________________________________</w:t>
      </w:r>
    </w:p>
    <w:p w14:paraId="64C1C1BB" w14:textId="77777777" w:rsidR="00A93538" w:rsidRDefault="00A93538">
      <w:r>
        <w:rPr>
          <w:rFonts w:cs="Arial"/>
          <w:sz w:val="22"/>
        </w:rPr>
        <w:t>________________________________________________________________________________</w:t>
      </w:r>
    </w:p>
    <w:p w14:paraId="1299FF2F" w14:textId="53B1BD8E" w:rsidR="00A93538" w:rsidRPr="00807B69" w:rsidRDefault="00A93538" w:rsidP="00A93538">
      <w:pPr>
        <w:spacing w:after="20"/>
        <w:rPr>
          <w:rFonts w:cs="Arial"/>
          <w:sz w:val="22"/>
        </w:rPr>
      </w:pPr>
    </w:p>
    <w:p w14:paraId="78B990CD" w14:textId="5C9A0F19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b/>
          <w:sz w:val="22"/>
        </w:rPr>
        <w:t>7. Club committees on which you served:</w:t>
      </w:r>
    </w:p>
    <w:p w14:paraId="3BBE9B2D" w14:textId="77777777" w:rsidR="00A93538" w:rsidRDefault="00A93538">
      <w:r>
        <w:rPr>
          <w:rFonts w:cs="Arial"/>
          <w:sz w:val="22"/>
        </w:rPr>
        <w:t>________________________________________________________________________________</w:t>
      </w:r>
    </w:p>
    <w:p w14:paraId="34D9FA24" w14:textId="587280A8" w:rsidR="00A93538" w:rsidRPr="00807B69" w:rsidRDefault="00A93538" w:rsidP="00A93538">
      <w:pPr>
        <w:spacing w:after="20"/>
        <w:rPr>
          <w:rFonts w:cs="Arial"/>
          <w:sz w:val="22"/>
        </w:rPr>
      </w:pPr>
    </w:p>
    <w:p w14:paraId="31409C40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b/>
          <w:sz w:val="22"/>
        </w:rPr>
        <w:t>8. County Council committees on which you served:</w:t>
      </w:r>
    </w:p>
    <w:p w14:paraId="16B70CD6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sz w:val="22"/>
        </w:rPr>
        <w:t>________________________________________________________________________________</w:t>
      </w:r>
    </w:p>
    <w:p w14:paraId="1FEA2D56" w14:textId="77777777" w:rsidR="00A93538" w:rsidRDefault="00A93538">
      <w:pPr>
        <w:spacing w:after="20"/>
        <w:rPr>
          <w:rFonts w:cs="Arial"/>
          <w:b/>
          <w:sz w:val="22"/>
        </w:rPr>
      </w:pPr>
    </w:p>
    <w:p w14:paraId="07742019" w14:textId="37888810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b/>
          <w:sz w:val="22"/>
        </w:rPr>
        <w:t>9. Club participation</w:t>
      </w:r>
    </w:p>
    <w:p w14:paraId="0D0014F5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sz w:val="22"/>
        </w:rPr>
        <w:t>________________________________________________________________________________</w:t>
      </w:r>
    </w:p>
    <w:p w14:paraId="5730C57B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sz w:val="22"/>
        </w:rPr>
        <w:t>________________________________________________________________________________</w:t>
      </w:r>
    </w:p>
    <w:p w14:paraId="0514EEA8" w14:textId="77777777" w:rsidR="00AE395D" w:rsidRDefault="003A2EEF">
      <w:pPr>
        <w:spacing w:after="20"/>
        <w:rPr>
          <w:rFonts w:cs="Arial"/>
          <w:i/>
          <w:sz w:val="22"/>
        </w:rPr>
      </w:pPr>
      <w:r w:rsidRPr="00807B69">
        <w:rPr>
          <w:rFonts w:cs="Arial"/>
          <w:i/>
          <w:sz w:val="22"/>
        </w:rPr>
        <w:t>(List the number of meetings attended, committees served on, offices held, and activities attended.)</w:t>
      </w:r>
    </w:p>
    <w:p w14:paraId="455E07DB" w14:textId="77777777" w:rsidR="00A93538" w:rsidRPr="00807B69" w:rsidRDefault="00A93538">
      <w:pPr>
        <w:spacing w:after="20"/>
        <w:rPr>
          <w:rFonts w:cs="Arial"/>
          <w:sz w:val="22"/>
        </w:rPr>
      </w:pPr>
    </w:p>
    <w:p w14:paraId="0F1456E3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b/>
          <w:sz w:val="22"/>
        </w:rPr>
        <w:t>10. County Council participation</w:t>
      </w:r>
    </w:p>
    <w:p w14:paraId="1A55EA41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sz w:val="22"/>
        </w:rPr>
        <w:t>________________________________________________________________________________</w:t>
      </w:r>
    </w:p>
    <w:p w14:paraId="6D088465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sz w:val="22"/>
        </w:rPr>
        <w:t>________________________________________________________________________________</w:t>
      </w:r>
    </w:p>
    <w:p w14:paraId="7ACC0D26" w14:textId="77777777" w:rsidR="00AE395D" w:rsidRDefault="003A2EEF">
      <w:pPr>
        <w:spacing w:after="20"/>
        <w:rPr>
          <w:rFonts w:cs="Arial"/>
          <w:i/>
          <w:sz w:val="22"/>
        </w:rPr>
      </w:pPr>
      <w:r w:rsidRPr="00807B69">
        <w:rPr>
          <w:rFonts w:cs="Arial"/>
          <w:i/>
          <w:sz w:val="22"/>
        </w:rPr>
        <w:t>(List the number of meetings attended, committees served on, offices held, and activities attended.)</w:t>
      </w:r>
    </w:p>
    <w:p w14:paraId="5A47F8ED" w14:textId="77777777" w:rsidR="00A93538" w:rsidRPr="00807B69" w:rsidRDefault="00A93538">
      <w:pPr>
        <w:spacing w:after="20"/>
        <w:rPr>
          <w:rFonts w:cs="Arial"/>
          <w:sz w:val="22"/>
        </w:rPr>
      </w:pPr>
    </w:p>
    <w:p w14:paraId="012171C1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b/>
          <w:sz w:val="22"/>
        </w:rPr>
        <w:t>11. Statewide camps or leadership events attended</w:t>
      </w:r>
    </w:p>
    <w:p w14:paraId="7B15B1D5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sz w:val="22"/>
        </w:rPr>
        <w:t>________________________________________________________________________________</w:t>
      </w:r>
    </w:p>
    <w:p w14:paraId="0A54257B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sz w:val="22"/>
        </w:rPr>
        <w:t>________________________________________________________________________________</w:t>
      </w:r>
    </w:p>
    <w:p w14:paraId="592E8A51" w14:textId="77777777" w:rsidR="00AE395D" w:rsidRDefault="003A2EEF">
      <w:pPr>
        <w:spacing w:after="20"/>
        <w:rPr>
          <w:rFonts w:cs="Arial"/>
          <w:i/>
          <w:sz w:val="22"/>
        </w:rPr>
      </w:pPr>
      <w:r w:rsidRPr="00807B69">
        <w:rPr>
          <w:rFonts w:cs="Arial"/>
          <w:i/>
          <w:sz w:val="22"/>
        </w:rPr>
        <w:t>(Examples: Youth Get-Away, Senior Leadership Retreat, Horse School, or other statewide events.)</w:t>
      </w:r>
    </w:p>
    <w:p w14:paraId="3A65F91B" w14:textId="77777777" w:rsidR="00A93538" w:rsidRPr="00807B69" w:rsidRDefault="00A93538">
      <w:pPr>
        <w:spacing w:after="20"/>
        <w:rPr>
          <w:rFonts w:cs="Arial"/>
          <w:sz w:val="22"/>
        </w:rPr>
      </w:pPr>
    </w:p>
    <w:p w14:paraId="697D2CD3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b/>
          <w:sz w:val="22"/>
        </w:rPr>
        <w:t>12. County 4-H activities attended</w:t>
      </w:r>
    </w:p>
    <w:p w14:paraId="022D8DF9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sz w:val="22"/>
        </w:rPr>
        <w:t>________________________________________________________________________________</w:t>
      </w:r>
    </w:p>
    <w:p w14:paraId="28AC2B7A" w14:textId="77777777" w:rsidR="00AE395D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sz w:val="22"/>
        </w:rPr>
        <w:t>________________________________________________________________________________</w:t>
      </w:r>
    </w:p>
    <w:p w14:paraId="700CACA1" w14:textId="77777777" w:rsidR="00AE395D" w:rsidRDefault="003A2EEF">
      <w:pPr>
        <w:spacing w:after="20"/>
        <w:rPr>
          <w:rFonts w:cs="Arial"/>
          <w:i/>
          <w:sz w:val="22"/>
        </w:rPr>
      </w:pPr>
      <w:r w:rsidRPr="00807B69">
        <w:rPr>
          <w:rFonts w:cs="Arial"/>
          <w:i/>
          <w:sz w:val="22"/>
        </w:rPr>
        <w:t xml:space="preserve">(Examples: awards programs, county </w:t>
      </w:r>
      <w:proofErr w:type="gramStart"/>
      <w:r w:rsidRPr="00807B69">
        <w:rPr>
          <w:rFonts w:cs="Arial"/>
          <w:i/>
          <w:sz w:val="22"/>
        </w:rPr>
        <w:t>fair</w:t>
      </w:r>
      <w:proofErr w:type="gramEnd"/>
      <w:r w:rsidRPr="00807B69">
        <w:rPr>
          <w:rFonts w:cs="Arial"/>
          <w:i/>
          <w:sz w:val="22"/>
        </w:rPr>
        <w:t>, workshops, clinics, camps, or other county events.)</w:t>
      </w:r>
    </w:p>
    <w:p w14:paraId="1861CBCB" w14:textId="77777777" w:rsidR="00A93538" w:rsidRPr="00807B69" w:rsidRDefault="00A93538">
      <w:pPr>
        <w:spacing w:after="20"/>
        <w:rPr>
          <w:rFonts w:cs="Arial"/>
          <w:sz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24"/>
      </w:tblGrid>
      <w:tr w:rsidR="00AE395D" w:rsidRPr="00807B69" w14:paraId="211F9D66" w14:textId="77777777">
        <w:trPr>
          <w:jc w:val="center"/>
        </w:trPr>
        <w:tc>
          <w:tcPr>
            <w:tcW w:w="10224" w:type="dxa"/>
            <w:shd w:val="clear" w:color="auto" w:fill="D9EAD3"/>
            <w:vAlign w:val="center"/>
          </w:tcPr>
          <w:p w14:paraId="31478E02" w14:textId="77777777" w:rsidR="00AE395D" w:rsidRPr="00807B69" w:rsidRDefault="003A2EEF">
            <w:pPr>
              <w:rPr>
                <w:rFonts w:cs="Arial"/>
                <w:sz w:val="22"/>
              </w:rPr>
            </w:pPr>
            <w:r w:rsidRPr="00807B69">
              <w:rPr>
                <w:rFonts w:cs="Arial"/>
                <w:b/>
                <w:sz w:val="22"/>
              </w:rPr>
              <w:t>Achievements</w:t>
            </w:r>
          </w:p>
        </w:tc>
      </w:tr>
    </w:tbl>
    <w:p w14:paraId="54E60E25" w14:textId="77777777" w:rsidR="00AE395D" w:rsidRPr="00807B69" w:rsidRDefault="00AE395D">
      <w:pPr>
        <w:spacing w:after="0"/>
        <w:rPr>
          <w:rFonts w:cs="Arial"/>
          <w:sz w:val="22"/>
        </w:rPr>
      </w:pPr>
    </w:p>
    <w:p w14:paraId="18B99535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b/>
          <w:sz w:val="22"/>
        </w:rPr>
        <w:t>13. 4-H awards or recognitions received during the past year</w:t>
      </w:r>
    </w:p>
    <w:p w14:paraId="229DDE15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i/>
          <w:sz w:val="22"/>
        </w:rPr>
        <w:t>(Do not include prior-year record book awards.)</w:t>
      </w:r>
    </w:p>
    <w:p w14:paraId="1D5D9E94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sz w:val="22"/>
        </w:rPr>
        <w:t>________________________________________________________________________________</w:t>
      </w:r>
    </w:p>
    <w:p w14:paraId="581FBCB8" w14:textId="77777777" w:rsidR="00A93538" w:rsidRDefault="00A93538">
      <w:r>
        <w:rPr>
          <w:rFonts w:cs="Arial"/>
          <w:sz w:val="22"/>
        </w:rPr>
        <w:t>________________________________________________________________________________</w:t>
      </w:r>
    </w:p>
    <w:p w14:paraId="2FC9E24F" w14:textId="29B321AD" w:rsidR="00A93538" w:rsidRPr="00807B69" w:rsidRDefault="00A93538" w:rsidP="00A93538">
      <w:pPr>
        <w:spacing w:after="20"/>
        <w:rPr>
          <w:rFonts w:cs="Arial"/>
          <w:sz w:val="22"/>
        </w:rPr>
      </w:pPr>
    </w:p>
    <w:p w14:paraId="32BF0227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b/>
          <w:sz w:val="22"/>
        </w:rPr>
        <w:t>14. County Fair exhibits entered:</w:t>
      </w:r>
    </w:p>
    <w:p w14:paraId="64C2644A" w14:textId="77777777" w:rsidR="00AE395D" w:rsidRPr="00807B69" w:rsidRDefault="003A2EEF">
      <w:pPr>
        <w:spacing w:after="20"/>
        <w:rPr>
          <w:rFonts w:cs="Arial"/>
          <w:sz w:val="22"/>
        </w:rPr>
      </w:pPr>
      <w:r w:rsidRPr="00807B69">
        <w:rPr>
          <w:rFonts w:cs="Arial"/>
          <w:sz w:val="22"/>
        </w:rPr>
        <w:t>________________________________________________________________________________</w:t>
      </w:r>
    </w:p>
    <w:p w14:paraId="2591DAEA" w14:textId="77777777" w:rsidR="00A93538" w:rsidRDefault="00A93538">
      <w:r>
        <w:rPr>
          <w:rFonts w:cs="Arial"/>
          <w:sz w:val="22"/>
        </w:rPr>
        <w:t>________________________________________________________________________________</w:t>
      </w:r>
    </w:p>
    <w:p w14:paraId="5AF9AA3A" w14:textId="253CB8FF" w:rsidR="00A93538" w:rsidRDefault="00A93538" w:rsidP="00A93538">
      <w:pPr>
        <w:spacing w:after="20"/>
        <w:rPr>
          <w:rFonts w:cs="Arial"/>
          <w:sz w:val="22"/>
        </w:rPr>
      </w:pPr>
    </w:p>
    <w:p w14:paraId="49D25611" w14:textId="77777777" w:rsidR="00A93538" w:rsidRDefault="00A93538">
      <w:pPr>
        <w:spacing w:after="20"/>
        <w:rPr>
          <w:rFonts w:cs="Arial"/>
          <w:sz w:val="22"/>
        </w:rPr>
      </w:pPr>
    </w:p>
    <w:p w14:paraId="5B492556" w14:textId="77777777" w:rsidR="00807B69" w:rsidRPr="00807B69" w:rsidRDefault="00807B69">
      <w:pPr>
        <w:spacing w:after="20"/>
        <w:rPr>
          <w:rFonts w:cs="Arial"/>
          <w:sz w:val="22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461"/>
        <w:gridCol w:w="4763"/>
      </w:tblGrid>
      <w:tr w:rsidR="00807B69" w:rsidRPr="00807B69" w14:paraId="7C4CA2C0" w14:textId="5DB9F6DF" w:rsidTr="00807B69">
        <w:trPr>
          <w:jc w:val="center"/>
        </w:trPr>
        <w:tc>
          <w:tcPr>
            <w:tcW w:w="5562" w:type="dxa"/>
            <w:shd w:val="clear" w:color="auto" w:fill="D9EAD3"/>
            <w:vAlign w:val="center"/>
          </w:tcPr>
          <w:p w14:paraId="3D6239B5" w14:textId="77777777" w:rsidR="00807B69" w:rsidRPr="00807B69" w:rsidRDefault="00807B69">
            <w:pPr>
              <w:rPr>
                <w:rFonts w:cs="Arial"/>
                <w:sz w:val="22"/>
              </w:rPr>
            </w:pPr>
            <w:r w:rsidRPr="00807B69">
              <w:rPr>
                <w:rFonts w:cs="Arial"/>
                <w:b/>
                <w:sz w:val="22"/>
              </w:rPr>
              <w:lastRenderedPageBreak/>
              <w:t>Certification</w:t>
            </w:r>
          </w:p>
        </w:tc>
        <w:tc>
          <w:tcPr>
            <w:tcW w:w="4878" w:type="dxa"/>
            <w:shd w:val="clear" w:color="auto" w:fill="D9EAD3"/>
          </w:tcPr>
          <w:p w14:paraId="4240A613" w14:textId="77777777" w:rsidR="00807B69" w:rsidRPr="00807B69" w:rsidRDefault="00807B69">
            <w:pPr>
              <w:rPr>
                <w:rFonts w:cs="Arial"/>
                <w:b/>
                <w:sz w:val="22"/>
              </w:rPr>
            </w:pPr>
          </w:p>
        </w:tc>
      </w:tr>
    </w:tbl>
    <w:p w14:paraId="230CA353" w14:textId="77777777" w:rsidR="00AE395D" w:rsidRPr="00807B69" w:rsidRDefault="00AE395D">
      <w:pPr>
        <w:spacing w:after="0"/>
        <w:rPr>
          <w:rFonts w:cs="Arial"/>
          <w:sz w:val="22"/>
        </w:rPr>
      </w:pPr>
    </w:p>
    <w:p w14:paraId="36E27F7E" w14:textId="77777777" w:rsidR="00AE395D" w:rsidRPr="00807B69" w:rsidRDefault="003A2EEF">
      <w:pPr>
        <w:spacing w:after="100"/>
        <w:rPr>
          <w:rFonts w:cs="Arial"/>
          <w:sz w:val="22"/>
        </w:rPr>
      </w:pPr>
      <w:r w:rsidRPr="00807B69">
        <w:rPr>
          <w:rFonts w:cs="Arial"/>
          <w:sz w:val="22"/>
        </w:rPr>
        <w:t>By signing below, we certify that the information provided in this application is accurate and complete.</w:t>
      </w:r>
    </w:p>
    <w:p w14:paraId="2A41E489" w14:textId="77777777" w:rsidR="00AE395D" w:rsidRPr="00807B69" w:rsidRDefault="003A2EEF">
      <w:pPr>
        <w:spacing w:after="100"/>
        <w:rPr>
          <w:rFonts w:cs="Arial"/>
          <w:sz w:val="22"/>
        </w:rPr>
      </w:pPr>
      <w:r w:rsidRPr="00807B69">
        <w:rPr>
          <w:rFonts w:cs="Arial"/>
          <w:b/>
          <w:sz w:val="22"/>
        </w:rPr>
        <w:t xml:space="preserve">Member Signature: </w:t>
      </w:r>
      <w:r w:rsidRPr="00807B69">
        <w:rPr>
          <w:rFonts w:cs="Arial"/>
          <w:sz w:val="22"/>
        </w:rPr>
        <w:t xml:space="preserve">___________________________________    </w:t>
      </w:r>
      <w:r w:rsidRPr="00807B69">
        <w:rPr>
          <w:rFonts w:cs="Arial"/>
          <w:b/>
          <w:sz w:val="22"/>
        </w:rPr>
        <w:t xml:space="preserve">Date: </w:t>
      </w:r>
      <w:r w:rsidRPr="00807B69">
        <w:rPr>
          <w:rFonts w:cs="Arial"/>
          <w:sz w:val="22"/>
        </w:rPr>
        <w:t>________________</w:t>
      </w:r>
    </w:p>
    <w:p w14:paraId="3CE9147E" w14:textId="77777777" w:rsidR="00AE395D" w:rsidRPr="00807B69" w:rsidRDefault="003A2EEF">
      <w:pPr>
        <w:spacing w:after="100"/>
        <w:rPr>
          <w:rFonts w:cs="Arial"/>
          <w:sz w:val="22"/>
        </w:rPr>
      </w:pPr>
      <w:r w:rsidRPr="00807B69">
        <w:rPr>
          <w:rFonts w:cs="Arial"/>
          <w:b/>
          <w:sz w:val="22"/>
        </w:rPr>
        <w:t xml:space="preserve">Parent/Guardian Signature: </w:t>
      </w:r>
      <w:r w:rsidRPr="00807B69">
        <w:rPr>
          <w:rFonts w:cs="Arial"/>
          <w:sz w:val="22"/>
        </w:rPr>
        <w:t xml:space="preserve">___________________________________    </w:t>
      </w:r>
      <w:r w:rsidRPr="00807B69">
        <w:rPr>
          <w:rFonts w:cs="Arial"/>
          <w:b/>
          <w:sz w:val="22"/>
        </w:rPr>
        <w:t xml:space="preserve">Date: </w:t>
      </w:r>
      <w:r w:rsidRPr="00807B69">
        <w:rPr>
          <w:rFonts w:cs="Arial"/>
          <w:sz w:val="22"/>
        </w:rPr>
        <w:t>________________</w:t>
      </w:r>
    </w:p>
    <w:p w14:paraId="54C3EC81" w14:textId="77777777" w:rsidR="00AE395D" w:rsidRPr="00807B69" w:rsidRDefault="003A2EEF">
      <w:pPr>
        <w:spacing w:after="100"/>
        <w:rPr>
          <w:rFonts w:cs="Arial"/>
          <w:sz w:val="22"/>
        </w:rPr>
      </w:pPr>
      <w:r w:rsidRPr="00807B69">
        <w:rPr>
          <w:rFonts w:cs="Arial"/>
          <w:b/>
          <w:sz w:val="22"/>
        </w:rPr>
        <w:t xml:space="preserve">Club Leader Signature: </w:t>
      </w:r>
      <w:r w:rsidRPr="00807B69">
        <w:rPr>
          <w:rFonts w:cs="Arial"/>
          <w:sz w:val="22"/>
        </w:rPr>
        <w:t xml:space="preserve">___________________________________    </w:t>
      </w:r>
      <w:r w:rsidRPr="00807B69">
        <w:rPr>
          <w:rFonts w:cs="Arial"/>
          <w:b/>
          <w:sz w:val="22"/>
        </w:rPr>
        <w:t xml:space="preserve">Date: </w:t>
      </w:r>
      <w:r w:rsidRPr="00807B69">
        <w:rPr>
          <w:rFonts w:cs="Arial"/>
          <w:sz w:val="22"/>
        </w:rPr>
        <w:t>________________</w:t>
      </w:r>
    </w:p>
    <w:sectPr w:rsidR="00AE395D" w:rsidRPr="00807B69" w:rsidSect="00034616"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74195262">
    <w:abstractNumId w:val="8"/>
  </w:num>
  <w:num w:numId="2" w16cid:durableId="952134191">
    <w:abstractNumId w:val="6"/>
  </w:num>
  <w:num w:numId="3" w16cid:durableId="588929078">
    <w:abstractNumId w:val="5"/>
  </w:num>
  <w:num w:numId="4" w16cid:durableId="2007777431">
    <w:abstractNumId w:val="4"/>
  </w:num>
  <w:num w:numId="5" w16cid:durableId="581722063">
    <w:abstractNumId w:val="7"/>
  </w:num>
  <w:num w:numId="6" w16cid:durableId="2078242928">
    <w:abstractNumId w:val="3"/>
  </w:num>
  <w:num w:numId="7" w16cid:durableId="39786424">
    <w:abstractNumId w:val="2"/>
  </w:num>
  <w:num w:numId="8" w16cid:durableId="1889301381">
    <w:abstractNumId w:val="1"/>
  </w:num>
  <w:num w:numId="9" w16cid:durableId="813067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7624"/>
    <w:rsid w:val="0029639D"/>
    <w:rsid w:val="00326F90"/>
    <w:rsid w:val="003A2EEF"/>
    <w:rsid w:val="004C54FF"/>
    <w:rsid w:val="006C7242"/>
    <w:rsid w:val="00807B69"/>
    <w:rsid w:val="00A93538"/>
    <w:rsid w:val="00AA1D8D"/>
    <w:rsid w:val="00AE395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824C79A"/>
  <w14:defaultImageDpi w14:val="300"/>
  <w15:docId w15:val="{6CA63B37-985A-43EE-AD20-09B1276BE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Chelsey Wilson</cp:lastModifiedBy>
  <cp:revision>4</cp:revision>
  <dcterms:created xsi:type="dcterms:W3CDTF">2026-09-18T20:37:00Z</dcterms:created>
  <dcterms:modified xsi:type="dcterms:W3CDTF">2026-09-22T15:40:00Z</dcterms:modified>
  <cp:category/>
</cp:coreProperties>
</file>