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50041" w14:textId="77777777" w:rsidR="00915E64" w:rsidRDefault="001A08CB">
      <w:pPr>
        <w:jc w:val="center"/>
      </w:pPr>
      <w:r>
        <w:rPr>
          <w:b/>
          <w:sz w:val="30"/>
        </w:rPr>
        <w:t>LEA COUNTY 4-H RECORD BOOK SCORE SHEET</w:t>
      </w:r>
    </w:p>
    <w:p w14:paraId="57F7792E" w14:textId="77777777" w:rsidR="00915E64" w:rsidRDefault="001A08CB">
      <w:pPr>
        <w:jc w:val="center"/>
      </w:pPr>
      <w:r>
        <w:rPr>
          <w:b/>
        </w:rPr>
        <w:t>2025–2026 4-H Year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36"/>
        <w:gridCol w:w="2736"/>
        <w:gridCol w:w="3845"/>
        <w:gridCol w:w="3103"/>
      </w:tblGrid>
      <w:tr w:rsidR="00915E64" w:rsidRPr="00591E7A" w14:paraId="3D7EEC20" w14:textId="77777777" w:rsidTr="00530F32">
        <w:trPr>
          <w:jc w:val="center"/>
        </w:trPr>
        <w:tc>
          <w:tcPr>
            <w:tcW w:w="2736" w:type="dxa"/>
          </w:tcPr>
          <w:p w14:paraId="159877EB" w14:textId="77777777" w:rsid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4-H Member:</w:t>
            </w:r>
          </w:p>
          <w:p w14:paraId="4BF0C310" w14:textId="5E02342D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__________</w:t>
            </w:r>
          </w:p>
        </w:tc>
        <w:tc>
          <w:tcPr>
            <w:tcW w:w="2736" w:type="dxa"/>
          </w:tcPr>
          <w:p w14:paraId="6E780D82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Club: __________</w:t>
            </w:r>
          </w:p>
        </w:tc>
        <w:tc>
          <w:tcPr>
            <w:tcW w:w="2938" w:type="dxa"/>
          </w:tcPr>
          <w:p w14:paraId="0EAB261F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Age: ______</w:t>
            </w:r>
          </w:p>
        </w:tc>
        <w:tc>
          <w:tcPr>
            <w:tcW w:w="3103" w:type="dxa"/>
          </w:tcPr>
          <w:p w14:paraId="56E22A55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Judge: __________</w:t>
            </w:r>
          </w:p>
        </w:tc>
      </w:tr>
      <w:tr w:rsidR="00915E64" w:rsidRPr="00591E7A" w14:paraId="3777681E" w14:textId="77777777" w:rsidTr="00530F32">
        <w:trPr>
          <w:jc w:val="center"/>
        </w:trPr>
        <w:tc>
          <w:tcPr>
            <w:tcW w:w="2736" w:type="dxa"/>
          </w:tcPr>
          <w:p w14:paraId="49355B05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Date: __________</w:t>
            </w:r>
          </w:p>
        </w:tc>
        <w:tc>
          <w:tcPr>
            <w:tcW w:w="2736" w:type="dxa"/>
          </w:tcPr>
          <w:p w14:paraId="1EF1AF07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Division: __________</w:t>
            </w:r>
          </w:p>
        </w:tc>
        <w:tc>
          <w:tcPr>
            <w:tcW w:w="2938" w:type="dxa"/>
          </w:tcPr>
          <w:p w14:paraId="38D45BB6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Total: ______/100</w:t>
            </w:r>
          </w:p>
        </w:tc>
        <w:tc>
          <w:tcPr>
            <w:tcW w:w="3103" w:type="dxa"/>
          </w:tcPr>
          <w:p w14:paraId="45CF297D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Placement: ______</w:t>
            </w:r>
          </w:p>
        </w:tc>
      </w:tr>
      <w:tr w:rsidR="00915E64" w:rsidRPr="00591E7A" w14:paraId="49DA4CC9" w14:textId="77777777" w:rsidTr="00530F32">
        <w:trPr>
          <w:jc w:val="center"/>
        </w:trPr>
        <w:tc>
          <w:tcPr>
            <w:tcW w:w="2736" w:type="dxa"/>
          </w:tcPr>
          <w:p w14:paraId="7AE21A37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b/>
                <w:sz w:val="24"/>
                <w:szCs w:val="24"/>
              </w:rPr>
              <w:t>Section</w:t>
            </w:r>
          </w:p>
        </w:tc>
        <w:tc>
          <w:tcPr>
            <w:tcW w:w="2736" w:type="dxa"/>
          </w:tcPr>
          <w:p w14:paraId="4F14AF95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b/>
                <w:sz w:val="24"/>
                <w:szCs w:val="24"/>
              </w:rPr>
              <w:t>Pts.</w:t>
            </w:r>
          </w:p>
        </w:tc>
        <w:tc>
          <w:tcPr>
            <w:tcW w:w="2938" w:type="dxa"/>
          </w:tcPr>
          <w:p w14:paraId="67A0CDDA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b/>
                <w:sz w:val="24"/>
                <w:szCs w:val="24"/>
              </w:rPr>
              <w:t>What the Judge Looks For</w:t>
            </w:r>
          </w:p>
        </w:tc>
        <w:tc>
          <w:tcPr>
            <w:tcW w:w="3103" w:type="dxa"/>
          </w:tcPr>
          <w:p w14:paraId="1F062586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b/>
                <w:sz w:val="24"/>
                <w:szCs w:val="24"/>
              </w:rPr>
              <w:t>Score</w:t>
            </w:r>
          </w:p>
        </w:tc>
      </w:tr>
      <w:tr w:rsidR="00915E64" w:rsidRPr="00591E7A" w14:paraId="1834B887" w14:textId="77777777" w:rsidTr="00530F32">
        <w:trPr>
          <w:jc w:val="center"/>
        </w:trPr>
        <w:tc>
          <w:tcPr>
            <w:tcW w:w="2736" w:type="dxa"/>
          </w:tcPr>
          <w:p w14:paraId="56C0A352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1. Cover</w:t>
            </w:r>
          </w:p>
        </w:tc>
        <w:tc>
          <w:tcPr>
            <w:tcW w:w="2736" w:type="dxa"/>
          </w:tcPr>
          <w:p w14:paraId="374654A2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14:paraId="2029AE82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Binder; year, name and club identified.</w:t>
            </w:r>
          </w:p>
        </w:tc>
        <w:tc>
          <w:tcPr>
            <w:tcW w:w="3103" w:type="dxa"/>
          </w:tcPr>
          <w:p w14:paraId="7A187B07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71B2CBD9" w14:textId="77777777" w:rsidTr="00530F32">
        <w:trPr>
          <w:jc w:val="center"/>
        </w:trPr>
        <w:tc>
          <w:tcPr>
            <w:tcW w:w="2736" w:type="dxa"/>
          </w:tcPr>
          <w:p w14:paraId="3997C59F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2. Individual Photo Page</w:t>
            </w:r>
          </w:p>
        </w:tc>
        <w:tc>
          <w:tcPr>
            <w:tcW w:w="2736" w:type="dxa"/>
          </w:tcPr>
          <w:p w14:paraId="0E852F8B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14:paraId="267DA59D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Clear photo; name, age, club and years in 4-H.</w:t>
            </w:r>
          </w:p>
        </w:tc>
        <w:tc>
          <w:tcPr>
            <w:tcW w:w="3103" w:type="dxa"/>
          </w:tcPr>
          <w:p w14:paraId="3D4741C4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3A249028" w14:textId="77777777" w:rsidTr="00530F32">
        <w:trPr>
          <w:jc w:val="center"/>
        </w:trPr>
        <w:tc>
          <w:tcPr>
            <w:tcW w:w="2736" w:type="dxa"/>
          </w:tcPr>
          <w:p w14:paraId="73434741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3. Contents &amp; Dividers</w:t>
            </w:r>
          </w:p>
        </w:tc>
        <w:tc>
          <w:tcPr>
            <w:tcW w:w="2736" w:type="dxa"/>
          </w:tcPr>
          <w:p w14:paraId="77117987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14:paraId="7470260D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Sections divided and listed in correct order.</w:t>
            </w:r>
          </w:p>
        </w:tc>
        <w:tc>
          <w:tcPr>
            <w:tcW w:w="3103" w:type="dxa"/>
          </w:tcPr>
          <w:p w14:paraId="0D70C43A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1FAEB918" w14:textId="77777777" w:rsidTr="00530F32">
        <w:trPr>
          <w:jc w:val="center"/>
        </w:trPr>
        <w:tc>
          <w:tcPr>
            <w:tcW w:w="2736" w:type="dxa"/>
          </w:tcPr>
          <w:p w14:paraId="27BB1304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4. Lea County 4-H Report Form</w:t>
            </w:r>
          </w:p>
        </w:tc>
        <w:tc>
          <w:tcPr>
            <w:tcW w:w="2736" w:type="dxa"/>
          </w:tcPr>
          <w:p w14:paraId="4ED55B0A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20</w:t>
            </w:r>
          </w:p>
        </w:tc>
        <w:tc>
          <w:tcPr>
            <w:tcW w:w="2938" w:type="dxa"/>
          </w:tcPr>
          <w:p w14:paraId="6A127F9F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Applicable secti</w:t>
            </w:r>
            <w:r w:rsidRPr="00591E7A">
              <w:rPr>
                <w:rFonts w:cs="Arial"/>
                <w:sz w:val="24"/>
                <w:szCs w:val="24"/>
              </w:rPr>
              <w:t>ons complete; spelling, signatures and neatness checked.</w:t>
            </w:r>
          </w:p>
        </w:tc>
        <w:tc>
          <w:tcPr>
            <w:tcW w:w="3103" w:type="dxa"/>
          </w:tcPr>
          <w:p w14:paraId="62B6F3AA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731BCF91" w14:textId="77777777" w:rsidTr="00530F32">
        <w:trPr>
          <w:jc w:val="center"/>
        </w:trPr>
        <w:tc>
          <w:tcPr>
            <w:tcW w:w="2736" w:type="dxa"/>
          </w:tcPr>
          <w:p w14:paraId="0CFF9C9F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5. My 4-H Story</w:t>
            </w:r>
          </w:p>
        </w:tc>
        <w:tc>
          <w:tcPr>
            <w:tcW w:w="2736" w:type="dxa"/>
          </w:tcPr>
          <w:p w14:paraId="45283D81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15</w:t>
            </w:r>
          </w:p>
        </w:tc>
        <w:tc>
          <w:tcPr>
            <w:tcW w:w="2938" w:type="dxa"/>
          </w:tcPr>
          <w:p w14:paraId="33CC4B1E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Projects, learning, goals, accomplishments/challenges, club activities, leadership, speaking, service, growth and future goals when applicable.</w:t>
            </w:r>
          </w:p>
        </w:tc>
        <w:tc>
          <w:tcPr>
            <w:tcW w:w="3103" w:type="dxa"/>
          </w:tcPr>
          <w:p w14:paraId="3F6A7BCA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14802FD6" w14:textId="77777777" w:rsidTr="00530F32">
        <w:trPr>
          <w:jc w:val="center"/>
        </w:trPr>
        <w:tc>
          <w:tcPr>
            <w:tcW w:w="2736" w:type="dxa"/>
          </w:tcPr>
          <w:p w14:paraId="0CF6F00E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6. Project Record Sheets</w:t>
            </w:r>
          </w:p>
        </w:tc>
        <w:tc>
          <w:tcPr>
            <w:tcW w:w="2736" w:type="dxa"/>
          </w:tcPr>
          <w:p w14:paraId="7863FEA8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20</w:t>
            </w:r>
          </w:p>
        </w:tc>
        <w:tc>
          <w:tcPr>
            <w:tcW w:w="2938" w:type="dxa"/>
          </w:tcPr>
          <w:p w14:paraId="2F2D6E5D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One sheet per project; goals, learning, leadership, demonstrations/workshops/events and finances when applicable; writing and calculations checked.</w:t>
            </w:r>
          </w:p>
        </w:tc>
        <w:tc>
          <w:tcPr>
            <w:tcW w:w="3103" w:type="dxa"/>
          </w:tcPr>
          <w:p w14:paraId="7CEFBF05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6DAD4C3E" w14:textId="77777777" w:rsidTr="00530F32">
        <w:trPr>
          <w:jc w:val="center"/>
        </w:trPr>
        <w:tc>
          <w:tcPr>
            <w:tcW w:w="2736" w:type="dxa"/>
          </w:tcPr>
          <w:p w14:paraId="14B7D287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7. Project Photos</w:t>
            </w:r>
          </w:p>
        </w:tc>
        <w:tc>
          <w:tcPr>
            <w:tcW w:w="2736" w:type="dxa"/>
          </w:tcPr>
          <w:p w14:paraId="6B1437D8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2938" w:type="dxa"/>
          </w:tcPr>
          <w:p w14:paraId="01AF3928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Correct project, captions, neat and no overlapping.</w:t>
            </w:r>
          </w:p>
        </w:tc>
        <w:tc>
          <w:tcPr>
            <w:tcW w:w="3103" w:type="dxa"/>
          </w:tcPr>
          <w:p w14:paraId="3A30655C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2FFB31BC" w14:textId="77777777" w:rsidTr="00530F32">
        <w:trPr>
          <w:jc w:val="center"/>
        </w:trPr>
        <w:tc>
          <w:tcPr>
            <w:tcW w:w="2736" w:type="dxa"/>
          </w:tcPr>
          <w:p w14:paraId="2C52E4DB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8. General Activity</w:t>
            </w:r>
            <w:r w:rsidRPr="00591E7A">
              <w:rPr>
                <w:rFonts w:cs="Arial"/>
                <w:sz w:val="24"/>
                <w:szCs w:val="24"/>
              </w:rPr>
              <w:t xml:space="preserve"> Photos</w:t>
            </w:r>
          </w:p>
        </w:tc>
        <w:tc>
          <w:tcPr>
            <w:tcW w:w="2736" w:type="dxa"/>
          </w:tcPr>
          <w:p w14:paraId="032262A1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14:paraId="592E6F63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proofErr w:type="gramStart"/>
            <w:r w:rsidRPr="00591E7A">
              <w:rPr>
                <w:rFonts w:cs="Arial"/>
                <w:sz w:val="24"/>
                <w:szCs w:val="24"/>
              </w:rPr>
              <w:t>Overall</w:t>
            </w:r>
            <w:proofErr w:type="gramEnd"/>
            <w:r w:rsidRPr="00591E7A">
              <w:rPr>
                <w:rFonts w:cs="Arial"/>
                <w:sz w:val="24"/>
                <w:szCs w:val="24"/>
              </w:rPr>
              <w:t xml:space="preserve"> 4-H highlights, captions and vertical arrangement.</w:t>
            </w:r>
          </w:p>
        </w:tc>
        <w:tc>
          <w:tcPr>
            <w:tcW w:w="3103" w:type="dxa"/>
          </w:tcPr>
          <w:p w14:paraId="65740BF2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6DFA7D7B" w14:textId="77777777" w:rsidTr="00530F32">
        <w:trPr>
          <w:jc w:val="center"/>
        </w:trPr>
        <w:tc>
          <w:tcPr>
            <w:tcW w:w="2736" w:type="dxa"/>
          </w:tcPr>
          <w:p w14:paraId="52AFC593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9. Correspondence</w:t>
            </w:r>
          </w:p>
        </w:tc>
        <w:tc>
          <w:tcPr>
            <w:tcW w:w="2736" w:type="dxa"/>
          </w:tcPr>
          <w:p w14:paraId="3C3B6ECC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14:paraId="4F164C25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 xml:space="preserve">Relevant correspondence demonstrates involvement; </w:t>
            </w:r>
            <w:r w:rsidRPr="00591E7A">
              <w:rPr>
                <w:rFonts w:cs="Arial"/>
                <w:sz w:val="24"/>
                <w:szCs w:val="24"/>
              </w:rPr>
              <w:lastRenderedPageBreak/>
              <w:t>organized.</w:t>
            </w:r>
          </w:p>
        </w:tc>
        <w:tc>
          <w:tcPr>
            <w:tcW w:w="3103" w:type="dxa"/>
          </w:tcPr>
          <w:p w14:paraId="2573FE96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lastRenderedPageBreak/>
              <w:t>____</w:t>
            </w:r>
          </w:p>
        </w:tc>
      </w:tr>
      <w:tr w:rsidR="00915E64" w:rsidRPr="00591E7A" w14:paraId="53FAF2FE" w14:textId="77777777" w:rsidTr="00530F32">
        <w:trPr>
          <w:jc w:val="center"/>
        </w:trPr>
        <w:tc>
          <w:tcPr>
            <w:tcW w:w="2736" w:type="dxa"/>
          </w:tcPr>
          <w:p w14:paraId="3DACD257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10. Newspaper Clippings</w:t>
            </w:r>
          </w:p>
        </w:tc>
        <w:tc>
          <w:tcPr>
            <w:tcW w:w="2736" w:type="dxa"/>
          </w:tcPr>
          <w:p w14:paraId="2A0E3AC9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14:paraId="7EF1E910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Relevant published items document participation/accomplishments; organized.</w:t>
            </w:r>
          </w:p>
        </w:tc>
        <w:tc>
          <w:tcPr>
            <w:tcW w:w="3103" w:type="dxa"/>
          </w:tcPr>
          <w:p w14:paraId="218705EC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  <w:tr w:rsidR="00915E64" w:rsidRPr="00591E7A" w14:paraId="2AED940B" w14:textId="77777777" w:rsidTr="00530F32">
        <w:trPr>
          <w:jc w:val="center"/>
        </w:trPr>
        <w:tc>
          <w:tcPr>
            <w:tcW w:w="2736" w:type="dxa"/>
          </w:tcPr>
          <w:p w14:paraId="5D48E652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11. Overall Presentation</w:t>
            </w:r>
          </w:p>
        </w:tc>
        <w:tc>
          <w:tcPr>
            <w:tcW w:w="2736" w:type="dxa"/>
          </w:tcPr>
          <w:p w14:paraId="50B8AEC8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38" w:type="dxa"/>
          </w:tcPr>
          <w:p w14:paraId="58160413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Readable, vertical pages, spelling/grammar/math checked, signatures included.</w:t>
            </w:r>
          </w:p>
        </w:tc>
        <w:tc>
          <w:tcPr>
            <w:tcW w:w="3103" w:type="dxa"/>
          </w:tcPr>
          <w:p w14:paraId="5FA72970" w14:textId="77777777" w:rsidR="00915E64" w:rsidRPr="00591E7A" w:rsidRDefault="001A08CB">
            <w:pPr>
              <w:rPr>
                <w:rFonts w:cs="Arial"/>
                <w:sz w:val="24"/>
                <w:szCs w:val="24"/>
              </w:rPr>
            </w:pPr>
            <w:r w:rsidRPr="00591E7A">
              <w:rPr>
                <w:rFonts w:cs="Arial"/>
                <w:sz w:val="24"/>
                <w:szCs w:val="24"/>
              </w:rPr>
              <w:t>____</w:t>
            </w:r>
          </w:p>
        </w:tc>
      </w:tr>
    </w:tbl>
    <w:p w14:paraId="192149B2" w14:textId="77777777" w:rsidR="00167999" w:rsidRDefault="00167999">
      <w:pPr>
        <w:rPr>
          <w:b/>
        </w:rPr>
      </w:pPr>
    </w:p>
    <w:p w14:paraId="7755221D" w14:textId="41F2C2A0" w:rsidR="00915E64" w:rsidRDefault="001A08CB">
      <w:r>
        <w:rPr>
          <w:b/>
        </w:rPr>
        <w:t>JUDGE COMMENTS / STRENGTHS:</w:t>
      </w:r>
      <w:r>
        <w:br/>
        <w:t>________________________________________________________________________________________________</w:t>
      </w:r>
      <w:r>
        <w:br/>
        <w:t>_____</w:t>
      </w:r>
      <w:r>
        <w:t>___________________________________________________________________________________________</w:t>
      </w:r>
    </w:p>
    <w:p w14:paraId="180AB49D" w14:textId="77777777" w:rsidR="00915E64" w:rsidRDefault="001A08CB">
      <w:r>
        <w:rPr>
          <w:b/>
        </w:rPr>
        <w:t>AREAS FOR IMPROVEMENT:</w:t>
      </w:r>
      <w:r>
        <w:br/>
        <w:t>________________________________________________________________________________________________</w:t>
      </w:r>
      <w:r>
        <w:br/>
        <w:t>________________________________________________________________________________________________</w:t>
      </w:r>
    </w:p>
    <w:p w14:paraId="6DBFAB19" w14:textId="77777777" w:rsidR="00915E64" w:rsidRDefault="001A08CB">
      <w:pPr>
        <w:jc w:val="center"/>
      </w:pPr>
      <w:r>
        <w:rPr>
          <w:b/>
        </w:rPr>
        <w:t>REMEMBER: Your record book tells the story of your 4-H year! Be complete. Be neat. Be accurate. Be proud!</w:t>
      </w:r>
    </w:p>
    <w:sectPr w:rsidR="00915E64" w:rsidSect="00167999">
      <w:pgSz w:w="15840" w:h="12240" w:orient="landscape" w:code="1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725373">
    <w:abstractNumId w:val="8"/>
  </w:num>
  <w:num w:numId="2" w16cid:durableId="1526090987">
    <w:abstractNumId w:val="6"/>
  </w:num>
  <w:num w:numId="3" w16cid:durableId="894052184">
    <w:abstractNumId w:val="5"/>
  </w:num>
  <w:num w:numId="4" w16cid:durableId="1285891548">
    <w:abstractNumId w:val="4"/>
  </w:num>
  <w:num w:numId="5" w16cid:durableId="1000281606">
    <w:abstractNumId w:val="7"/>
  </w:num>
  <w:num w:numId="6" w16cid:durableId="547299996">
    <w:abstractNumId w:val="3"/>
  </w:num>
  <w:num w:numId="7" w16cid:durableId="411971975">
    <w:abstractNumId w:val="2"/>
  </w:num>
  <w:num w:numId="8" w16cid:durableId="1658728134">
    <w:abstractNumId w:val="1"/>
  </w:num>
  <w:num w:numId="9" w16cid:durableId="256796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20"/>
    <w:rsid w:val="0015074B"/>
    <w:rsid w:val="00167999"/>
    <w:rsid w:val="001A08CB"/>
    <w:rsid w:val="0029639D"/>
    <w:rsid w:val="00326F90"/>
    <w:rsid w:val="00530F32"/>
    <w:rsid w:val="00591E7A"/>
    <w:rsid w:val="00810990"/>
    <w:rsid w:val="00915E6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8F0BEE"/>
  <w14:defaultImageDpi w14:val="300"/>
  <w15:docId w15:val="{23F1C379-455B-4FAE-A165-2D74D77D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Chelsey Wilson</cp:lastModifiedBy>
  <cp:revision>2</cp:revision>
  <cp:lastPrinted>2026-09-18T20:41:00Z</cp:lastPrinted>
  <dcterms:created xsi:type="dcterms:W3CDTF">2026-09-18T20:43:00Z</dcterms:created>
  <dcterms:modified xsi:type="dcterms:W3CDTF">2026-09-18T20:43:00Z</dcterms:modified>
  <cp:category/>
</cp:coreProperties>
</file>